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拉昂错水质多参数数据集（2017）</w:t>
      </w:r>
    </w:p>
    <w:p>
      <w:r>
        <w:rPr>
          <w:sz w:val="22"/>
        </w:rPr>
        <w:t>英文标题：Water quality multi-parameter dataset of Laangcuo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该数据集是2017年河湖源考察期间拉昂错的水质多参数数据，用于获取湖泊基本理化指标数据，为后续湖泊现代观测研究作准备。</w:t>
        <w:br/>
        <w:t>数据观测时间为2017年9月8日。测量仪器为YSI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拉昂错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2017-09-08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2017-09-20 16:00:00+00:00</w:t>
      </w:r>
      <w:r>
        <w:rPr>
          <w:sz w:val="22"/>
        </w:rPr>
        <w:t>--</w:t>
      </w:r>
      <w:r>
        <w:rPr>
          <w:sz w:val="22"/>
        </w:rPr>
        <w:t>2017-09-21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拉昂错水质多参数数据集（2017）. 时空三极环境大数据平台, DOI:10.11888/Hydro.tpdc.270031, CSTR:18406.11.Hydro.tpdc.270031, </w:t>
      </w:r>
      <w:r>
        <w:t>2018</w:t>
      </w:r>
      <w:r>
        <w:t>.[</w:t>
      </w:r>
      <w:r>
        <w:t xml:space="preserve">WANG Junbo. Water quality multi-parameter dataset of Laangcuo Lake (2017). A Big Earth Data Platform for Three Poles, DOI:10.11888/Hydro.tpdc.270031, CSTR:18406.11.Hydro.tpdc.270031,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