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青海省十大优势产业工业总产值和增加值（2011-2018）</w:t>
      </w:r>
    </w:p>
    <w:p>
      <w:r>
        <w:rPr>
          <w:sz w:val="22"/>
        </w:rPr>
        <w:t>英文标题：Total industrial output value and added value of top ten advantageous industries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年-2018年青海省十大优势产业工业总产值和增加值，数据是按年份进行划分的。数据整理自青海省统计局发布的青海省统计年鉴。数据集包含8个数据表，各数据表结构相同。例如2011年的数据表共有5个字段：</w:t>
        <w:br/>
        <w:t>字段1：指标名称</w:t>
        <w:br/>
        <w:t>字段2：工业总产值</w:t>
        <w:br/>
        <w:t>字段3：比上年增长</w:t>
        <w:br/>
        <w:t>字段4：工业增加值</w:t>
        <w:br/>
        <w:t>字段5：比上年增长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青海省十大优势产业工业总产值和增加值（2011-2018）. 时空三极环境大数据平台, </w:t>
      </w:r>
      <w:r>
        <w:t>2021</w:t>
      </w:r>
      <w:r>
        <w:t>.[</w:t>
      </w:r>
      <w:r>
        <w:t xml:space="preserve">Qinghai Provincial Bureau of Statistics. Total industrial output value and added value of top ten advantageous industries in Qinghai Province (2011-2018).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