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色林错流域甲岗雪山融水流量观测数据（2016）</w:t>
      </w:r>
    </w:p>
    <w:p>
      <w:r>
        <w:rPr>
          <w:sz w:val="22"/>
        </w:rPr>
        <w:t>英文标题：Observation data of melting water flow in Jiagang snow mountain of Selinco Watershed (2016)</w:t>
      </w:r>
    </w:p>
    <w:p>
      <w:r>
        <w:rPr>
          <w:sz w:val="32"/>
        </w:rPr>
        <w:t>1、摘要</w:t>
      </w:r>
    </w:p>
    <w:p>
      <w:pPr>
        <w:ind w:firstLine="432"/>
      </w:pPr>
      <w:r>
        <w:rPr>
          <w:sz w:val="22"/>
        </w:rPr>
        <w:t>该数据集是利用Flow Tracker便携式水文流速流量仪观测获取的色林错流域甲岗雪山融水流量数据，可应用于冰川、寒区水文过程等学科领域。</w:t>
        <w:br/>
        <w:t>数据获取时间为2016年9月15日，数据内容包含测量时间、位置、水深、流速及流量。</w:t>
        <w:br/>
        <w:t>数据以excel文件存储。</w:t>
      </w:r>
    </w:p>
    <w:p>
      <w:r>
        <w:rPr>
          <w:sz w:val="32"/>
        </w:rPr>
        <w:t>2、关键词</w:t>
      </w:r>
    </w:p>
    <w:p>
      <w:pPr>
        <w:ind w:left="432"/>
      </w:pPr>
      <w:r>
        <w:rPr>
          <w:sz w:val="22"/>
        </w:rPr>
        <w:t>主题关键词：</w:t>
      </w:r>
      <w:r>
        <w:rPr>
          <w:sz w:val="22"/>
        </w:rPr>
        <w:t>地表水</w:t>
      </w:r>
      <w:r>
        <w:t>,</w:t>
      </w:r>
      <w:r>
        <w:rPr>
          <w:sz w:val="22"/>
        </w:rPr>
        <w:t>积雪</w:t>
      </w:r>
      <w:r>
        <w:t>,</w:t>
      </w:r>
      <w:r>
        <w:rPr>
          <w:sz w:val="22"/>
        </w:rPr>
        <w:t>流速</w:t>
      </w:r>
      <w:r>
        <w:t>,</w:t>
      </w:r>
      <w:r>
        <w:rPr>
          <w:sz w:val="22"/>
        </w:rPr>
        <w:t>水深</w:t>
      </w:r>
      <w:r>
        <w:t>,</w:t>
      </w:r>
      <w:r>
        <w:rPr>
          <w:sz w:val="22"/>
        </w:rPr>
        <w:t>流量</w:t>
      </w:r>
      <w:r>
        <w:t>,</w:t>
      </w:r>
      <w:r>
        <w:rPr>
          <w:sz w:val="22"/>
        </w:rPr>
        <w:t>融雪</w:t>
        <w:br/>
      </w:r>
      <w:r>
        <w:rPr>
          <w:sz w:val="22"/>
        </w:rPr>
        <w:t>学科关键词：</w:t>
      </w:r>
      <w:r>
        <w:rPr>
          <w:sz w:val="22"/>
        </w:rPr>
        <w:t>陆地表层</w:t>
      </w:r>
      <w:r>
        <w:t>,</w:t>
      </w:r>
      <w:r>
        <w:rPr>
          <w:sz w:val="22"/>
        </w:rPr>
        <w:t>冰冻圈</w:t>
        <w:br/>
      </w:r>
      <w:r>
        <w:rPr>
          <w:sz w:val="22"/>
        </w:rPr>
        <w:t>地点关键词：</w:t>
      </w:r>
      <w:r>
        <w:rPr>
          <w:sz w:val="22"/>
        </w:rPr>
        <w:t>色林错</w:t>
      </w:r>
      <w:r>
        <w:t xml:space="preserve">, </w:t>
      </w:r>
      <w:r>
        <w:rPr>
          <w:sz w:val="22"/>
        </w:rPr>
        <w:t>甲岗雪山</w:t>
        <w:br/>
      </w:r>
      <w:r>
        <w:rPr>
          <w:sz w:val="22"/>
        </w:rPr>
        <w:t>时间关键词：</w:t>
      </w:r>
      <w:r>
        <w:rPr>
          <w:sz w:val="22"/>
        </w:rPr>
        <w:t>2016</w:t>
      </w:r>
    </w:p>
    <w:p>
      <w:r>
        <w:rPr>
          <w:sz w:val="32"/>
        </w:rPr>
        <w:t>3、数据细节</w:t>
      </w:r>
    </w:p>
    <w:p>
      <w:pPr>
        <w:ind w:left="432"/>
      </w:pPr>
      <w:r>
        <w:rPr>
          <w:sz w:val="22"/>
        </w:rPr>
        <w:t>1.比例尺：1</w:t>
      </w:r>
    </w:p>
    <w:p>
      <w:pPr>
        <w:ind w:left="432"/>
      </w:pPr>
      <w:r>
        <w:rPr>
          <w:sz w:val="22"/>
        </w:rPr>
        <w:t>2.投影：None</w:t>
      </w:r>
    </w:p>
    <w:p>
      <w:pPr>
        <w:ind w:left="432"/>
      </w:pPr>
      <w:r>
        <w:rPr>
          <w:sz w:val="22"/>
        </w:rPr>
        <w:t>3.文件大小：0.01MB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2016-09-26 16:00:00+00:00</w:t>
      </w:r>
      <w:r>
        <w:rPr>
          <w:sz w:val="22"/>
        </w:rPr>
        <w:t>--</w:t>
      </w:r>
      <w:r>
        <w:rPr>
          <w:sz w:val="22"/>
        </w:rPr>
        <w:t>2016-09-27 15:59:59+00:00</w:t>
      </w:r>
    </w:p>
    <w:p>
      <w:r>
        <w:rPr>
          <w:sz w:val="32"/>
        </w:rPr>
        <w:t>6、引用方式</w:t>
      </w:r>
    </w:p>
    <w:p>
      <w:pPr>
        <w:ind w:left="432"/>
      </w:pPr>
      <w:r>
        <w:rPr>
          <w:sz w:val="22"/>
        </w:rPr>
        <w:t xml:space="preserve">数据的引用: </w:t>
      </w:r>
    </w:p>
    <w:p>
      <w:pPr>
        <w:ind w:left="432" w:firstLine="432"/>
      </w:pPr>
      <w:r>
        <w:t xml:space="preserve">色林错流域甲岗雪山融水流量观测数据（2016）. 时空三极环境大数据平台, DOI:10.11888/Hydro.tpdc.270024, CSTR:18406.11.Hydro.tpdc.270024, </w:t>
      </w:r>
      <w:r>
        <w:t>2018</w:t>
      </w:r>
      <w:r>
        <w:t>.[</w:t>
      </w:r>
      <w:r>
        <w:t xml:space="preserve">Observation data of melting water flow in Jiagang snow mountain of Selinco Watershed (2016). A Big Earth Data Platform for Three Poles, DOI:10.11888/Hydro.tpdc.270024, CSTR:18406.11.Hydro.tpdc.270024,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