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黑河综合遥感联合试验：临泽-扁都口飞行区L&amp;K波段机载微波辐射计数据集（2008年5月25日）</w:t>
      </w:r>
    </w:p>
    <w:p>
      <w:r>
        <w:rPr>
          <w:sz w:val="22"/>
        </w:rPr>
        <w:t>英文标题：WATER: Dataset of airborne microwave radiometers (L&amp;K bands) mission in the Linze-Biandukou flight zone on May 25 2008</w:t>
      </w:r>
    </w:p>
    <w:p>
      <w:r>
        <w:rPr>
          <w:sz w:val="32"/>
        </w:rPr>
        <w:t>1、摘要</w:t>
      </w:r>
    </w:p>
    <w:p>
      <w:pPr>
        <w:ind w:firstLine="432"/>
      </w:pPr>
      <w:r>
        <w:rPr>
          <w:sz w:val="22"/>
        </w:rPr>
        <w:t>本数据集为L&amp;K波段机载微波辐射计于2008年05月25日获取，地点在临泽-扁都口飞行区。</w:t>
        <w:br/>
        <w:t>其中L波段频率为1.4GHz，后视35度观测，获取双极化（H和V）信息；K波段频率为18.7GHz，天顶角观测，无极化信息。飞机9:51（北京时间，下同）从张掖机场起飞，15:01降落。10:10-12:30在临泽摄区观测，飞行高度1800m左右，飞行速度250km/hr左右。12:31-12:38低飞临泽水库。13:13-14:35在扁都口摄区工作，飞行高度3000m左右，飞行速度250km/hr左右。</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机载遥感</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扁都口加密观测区</w:t>
        <w:br/>
      </w:r>
      <w:r>
        <w:rPr>
          <w:sz w:val="22"/>
        </w:rPr>
        <w:t>时间关键词：</w:t>
      </w:r>
      <w:r>
        <w:rPr>
          <w:sz w:val="22"/>
        </w:rPr>
        <w:t>2008-05-25</w:t>
      </w:r>
    </w:p>
    <w:p>
      <w:r>
        <w:rPr>
          <w:sz w:val="32"/>
        </w:rPr>
        <w:t>3、数据细节</w:t>
      </w:r>
    </w:p>
    <w:p>
      <w:pPr>
        <w:ind w:left="432"/>
      </w:pPr>
      <w:r>
        <w:rPr>
          <w:sz w:val="22"/>
        </w:rPr>
        <w:t>1.比例尺：None</w:t>
      </w:r>
    </w:p>
    <w:p>
      <w:pPr>
        <w:ind w:left="432"/>
      </w:pPr>
      <w:r>
        <w:rPr>
          <w:sz w:val="22"/>
        </w:rPr>
        <w:t>2.投影：4326</w:t>
      </w:r>
    </w:p>
    <w:p>
      <w:pPr>
        <w:ind w:left="432"/>
      </w:pPr>
      <w:r>
        <w:rPr>
          <w:sz w:val="22"/>
        </w:rPr>
        <w:t>3.文件大小：16.0MB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w:t>
            </w:r>
          </w:p>
        </w:tc>
        <w:tc>
          <w:tcPr>
            <w:tcW w:type="dxa" w:w="2880"/>
          </w:tcPr>
          <w:p>
            <w:r>
              <w:t>-</w:t>
            </w:r>
          </w:p>
        </w:tc>
      </w:tr>
      <w:tr>
        <w:tc>
          <w:tcPr>
            <w:tcW w:type="dxa" w:w="2880"/>
          </w:tcPr>
          <w:p>
            <w:r>
              <w:t>西：100.05</w:t>
            </w:r>
          </w:p>
        </w:tc>
        <w:tc>
          <w:tcPr>
            <w:tcW w:type="dxa" w:w="2880"/>
          </w:tcPr>
          <w:p>
            <w:r>
              <w:t>-</w:t>
            </w:r>
          </w:p>
        </w:tc>
        <w:tc>
          <w:tcPr>
            <w:tcW w:type="dxa" w:w="2880"/>
          </w:tcPr>
          <w:p>
            <w:r>
              <w:t>东：101.1</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2008-06-07 09:50:00+00:00</w:t>
      </w:r>
      <w:r>
        <w:rPr>
          <w:sz w:val="22"/>
        </w:rPr>
        <w:t>--</w:t>
      </w:r>
      <w:r>
        <w:rPr>
          <w:sz w:val="22"/>
        </w:rPr>
        <w:t>2008-06-07 15:01:00+00:00</w:t>
      </w:r>
    </w:p>
    <w:p>
      <w:r>
        <w:rPr>
          <w:sz w:val="32"/>
        </w:rPr>
        <w:t>6、引用方式</w:t>
      </w:r>
    </w:p>
    <w:p>
      <w:pPr>
        <w:ind w:left="432"/>
      </w:pPr>
      <w:r>
        <w:rPr>
          <w:sz w:val="22"/>
        </w:rPr>
        <w:t xml:space="preserve">数据的引用: </w:t>
      </w:r>
    </w:p>
    <w:p>
      <w:pPr>
        <w:ind w:left="432" w:firstLine="432"/>
      </w:pPr>
      <w:r>
        <w:t xml:space="preserve">车涛,  金吉南. 黑河综合遥感联合试验：临泽-扁都口飞行区L&amp;K波段机载微波辐射计数据集（2008年5月25日）. 时空三极环境大数据平台, DOI:10.3972/water973.0214.db, CSTR:18406.11.water973.0214.db, </w:t>
      </w:r>
      <w:r>
        <w:t>2010</w:t>
      </w:r>
      <w:r>
        <w:t>.[</w:t>
      </w:r>
      <w:r>
        <w:t xml:space="preserve">JIN Jinan, CHE Tao. WATER: Dataset of airborne microwave radiometers (L&amp;K bands) mission in the Linze-Biandukou flight zone on May 25 2008. A Big Earth Data Platform for Three Poles, DOI:10.3972/water973.0214.db, CSTR:18406.11.water973.0214.db,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金吉南</w:t>
        <w:br/>
      </w:r>
      <w:r>
        <w:rPr>
          <w:sz w:val="22"/>
        </w:rPr>
        <w:t xml:space="preserve">单位: </w:t>
      </w:r>
      <w:r>
        <w:rPr>
          <w:sz w:val="22"/>
        </w:rPr>
        <w:t>中国科学院东北地理与农业生态研究所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