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青海省外贸部门主要出口商品收购数量和金额（1997-1998）</w:t>
      </w:r>
    </w:p>
    <w:p>
      <w:r>
        <w:rPr>
          <w:sz w:val="22"/>
        </w:rPr>
        <w:t>英文标题：Purchase quantity and amount of main export commodities of Foreign Trade Department of Qinghai Province (1997-1998)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年-1998年青海省外贸部门主要出口商品收购数量和金额，数据是按年份进行划分的。数据整理自青海省统计局发布的青海省统计年鉴。数据集包含3个数据表，各数据表结构相同。例如1997-1998年的数据表共有6个字段：</w:t>
        <w:br/>
        <w:t>字段1：品名</w:t>
        <w:br/>
        <w:t>字段2：单位</w:t>
        <w:br/>
        <w:t>字段3：1998年—数量</w:t>
        <w:br/>
        <w:t>字段4：1998年—金额</w:t>
        <w:br/>
        <w:t>字段5：1997年—数量</w:t>
        <w:br/>
        <w:t>字段6：1997年—金额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商品收购金额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商品收购数量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青海省外贸部门主要出口商品收购数量和金额（1997-1998）. 时空三极环境大数据平台, </w:t>
      </w:r>
      <w:r>
        <w:t>2021</w:t>
      </w:r>
      <w:r>
        <w:t>.[</w:t>
      </w:r>
      <w:r>
        <w:t xml:space="preserve">Qinghai Provincial Bureau of Statistics. Purchase quantity and amount of main export commodities of Foreign Trade Department of Qinghai Province (1997-1998).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