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青海省农村居民家庭平均每人纯收入及构成（1985-2013）</w:t>
      </w:r>
    </w:p>
    <w:p>
      <w:r>
        <w:rPr>
          <w:sz w:val="22"/>
        </w:rPr>
        <w:t>英文标题：Average per capita net income and composition of rural households in Qinghai Province (1985-2013)</w:t>
      </w:r>
    </w:p>
    <w:p>
      <w:r>
        <w:rPr>
          <w:sz w:val="32"/>
        </w:rPr>
        <w:t>1、摘要</w:t>
      </w:r>
    </w:p>
    <w:p>
      <w:pPr>
        <w:ind w:firstLine="432"/>
      </w:pPr>
      <w:r>
        <w:rPr>
          <w:sz w:val="22"/>
        </w:rPr>
        <w:t>该数据集记录了青海省农村居民家庭平均每人纯收入及构成的统计数据，数据按收入来源划分的。数据整理自青海省统计局发布的青海省统计年鉴。数据集主要包含12个数据表，分别为:</w:t>
        <w:br/>
        <w:t>农村居民家庭平均每人纯收入1985-2001年.xls</w:t>
        <w:br/>
        <w:t>农村居民家庭平均每人纯收入1985-2002年.xls</w:t>
        <w:br/>
        <w:t>农村居民家庭平均每人纯收入及构成1985-2003.xls</w:t>
        <w:br/>
        <w:t>主要年份农村居民家庭平均每人纯收入及构成1985-2004年.xls</w:t>
        <w:br/>
        <w:t>主要年份农村居民家庭平均每人纯收入及构成1985-2005.xls</w:t>
        <w:br/>
        <w:t>主要年份农村居民家庭平均每人纯收入及构成1985-2006.xls</w:t>
        <w:br/>
        <w:t>主要年份农村居民家庭平均每人纯收入及构成1985-2008年.xls</w:t>
        <w:br/>
        <w:t>主要年份农村居民家庭平均每人纯收入及构成1985-2009.xls</w:t>
        <w:br/>
        <w:t>主要年份农村居民家庭平均每人纯收入及构成1990-2010年.xls</w:t>
        <w:br/>
        <w:t>主要年份农村居民家庭平均每人纯收入及构成1995-2011.xls</w:t>
        <w:br/>
        <w:t>主要年份农村居民家庭平均每人纯收入及构成2000-2012年.xls</w:t>
        <w:br/>
        <w:t>主要年份农村居民家庭平均每人纯收入及构成2000-2013年.xls</w:t>
        <w:br/>
        <w:t>数据表结构相似。例如农村居民家庭平均每人纯收入1985-2001年数据表共有5个字段：</w:t>
        <w:br/>
        <w:t>字段1：工资性收入</w:t>
        <w:br/>
        <w:t>字段2：家庭经营纯收入</w:t>
        <w:br/>
        <w:t>字段3：农业收入</w:t>
        <w:br/>
        <w:t>字段4：林业收入</w:t>
        <w:br/>
        <w:t>字段5：牧业收入</w:t>
      </w:r>
    </w:p>
    <w:p>
      <w:r>
        <w:rPr>
          <w:sz w:val="32"/>
        </w:rPr>
        <w:t>2、关键词</w:t>
      </w:r>
    </w:p>
    <w:p>
      <w:pPr>
        <w:ind w:left="432"/>
      </w:pPr>
      <w:r>
        <w:rPr>
          <w:sz w:val="22"/>
        </w:rPr>
        <w:t>主题关键词：</w:t>
      </w:r>
      <w:r>
        <w:rPr>
          <w:sz w:val="22"/>
        </w:rPr>
        <w:t>农业经济</w:t>
      </w:r>
      <w:r>
        <w:t>,</w:t>
      </w:r>
      <w:r>
        <w:rPr>
          <w:sz w:val="22"/>
        </w:rPr>
        <w:t>社会经济</w:t>
      </w:r>
      <w:r>
        <w:t>,</w:t>
      </w:r>
      <w:r>
        <w:rPr>
          <w:sz w:val="22"/>
        </w:rPr>
        <w:t>人均收入</w:t>
        <w:br/>
      </w:r>
      <w:r>
        <w:rPr>
          <w:sz w:val="22"/>
        </w:rPr>
        <w:t>学科关键词：</w:t>
      </w:r>
      <w:r>
        <w:rPr>
          <w:sz w:val="22"/>
        </w:rPr>
        <w:t>人地关系</w:t>
        <w:br/>
      </w:r>
      <w:r>
        <w:rPr>
          <w:sz w:val="22"/>
        </w:rPr>
        <w:t>地点关键词：</w:t>
      </w:r>
      <w:r>
        <w:rPr>
          <w:sz w:val="22"/>
        </w:rPr>
        <w:t>青海</w:t>
        <w:br/>
      </w:r>
      <w:r>
        <w:rPr>
          <w:sz w:val="22"/>
        </w:rPr>
        <w:t>时间关键词：</w:t>
      </w:r>
      <w:r>
        <w:rPr>
          <w:sz w:val="22"/>
        </w:rPr>
        <w:t>1985-2013</w:t>
      </w:r>
    </w:p>
    <w:p>
      <w:r>
        <w:rPr>
          <w:sz w:val="32"/>
        </w:rPr>
        <w:t>3、数据细节</w:t>
      </w:r>
    </w:p>
    <w:p>
      <w:pPr>
        <w:ind w:left="432"/>
      </w:pPr>
      <w:r>
        <w:rPr>
          <w:sz w:val="22"/>
        </w:rPr>
        <w:t>1.比例尺：None</w:t>
      </w:r>
    </w:p>
    <w:p>
      <w:pPr>
        <w:ind w:left="432"/>
      </w:pPr>
      <w:r>
        <w:rPr>
          <w:sz w:val="22"/>
        </w:rPr>
        <w:t>2.投影：</w:t>
      </w:r>
    </w:p>
    <w:p>
      <w:pPr>
        <w:ind w:left="432"/>
      </w:pPr>
      <w:r>
        <w:rPr>
          <w:sz w:val="22"/>
        </w:rPr>
        <w:t>3.文件大小：0.157MB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青海省农村居民家庭平均每人纯收入及构成（1985-2013）. 时空三极环境大数据平台, </w:t>
      </w:r>
      <w:r>
        <w:t>2021</w:t>
      </w:r>
      <w:r>
        <w:t>.[</w:t>
      </w:r>
      <w:r>
        <w:t xml:space="preserve">Qinghai Provincial Bureau of Statistics. Average per capita net income and composition of rural households in Qinghai Province (1985-2013).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