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青海省分行业私营单位就业人员数（2005-2018）</w:t>
      </w:r>
    </w:p>
    <w:p>
      <w:r>
        <w:rPr>
          <w:sz w:val="22"/>
        </w:rPr>
        <w:t>英文标题：Number of employees in private sector by industry in Qinghai Province (2005-2018)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2005-2018年青海省分行业私营单位就业人员数的统计数据，数据是按行业、年份来划分的。数据整理自青海省统计局发布的青海省统计年鉴。数据集包括13个数据表，各数据表结构相同。例如2010-2015年的数据表共有7个字段：</w:t>
        <w:br/>
        <w:t>字段1：行业</w:t>
        <w:br/>
        <w:t>字段2：2010</w:t>
        <w:br/>
        <w:t>字段3：2011</w:t>
        <w:br/>
        <w:t>字段4：2012</w:t>
        <w:br/>
        <w:t>字段5：2013</w:t>
        <w:br/>
        <w:t>字段6：2014</w:t>
        <w:br/>
        <w:t>字段7：2015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私营企业</w:t>
      </w:r>
      <w:r>
        <w:t>,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3.文件大小：0.98MB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青海省分行业私营单位就业人员数（2005-2018）. 时空三极环境大数据平台, </w:t>
      </w:r>
      <w:r>
        <w:t>2021</w:t>
      </w:r>
      <w:r>
        <w:t>.[</w:t>
      </w:r>
      <w:r>
        <w:t xml:space="preserve">Qinghai Provincial Bureau of Statistics. Number of employees in private sector by industry in Qinghai Province (2005-2018).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