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内蒙古道虎沟中晚侏罗世华翅蝉科新属种数据</w:t>
      </w:r>
    </w:p>
    <w:p>
      <w:r>
        <w:rPr>
          <w:sz w:val="22"/>
        </w:rPr>
        <w:t>英文标题：The data of new genera and species of sinoalid from the Middle to Late Jurassic in Daohugou, Inner Mongolia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1）本文报道一个华翅蝉科新属种，五化斑点沫蝉。</w:t>
        <w:br/>
        <w:t>2）化石来自我国中上侏罗统内蒙古赤峰市宁城县道虎沟地区，对化石进行镜下修复处理，使用v16体式显微镜，扫描电子显微镜对化石进行拍照，使用ps软件进行图版制作，使用cdr软件进行线条图绘制。</w:t>
        <w:br/>
        <w:t>3）新属种基于三块化石建立，保存于道虎沟化石层中部的凝灰质页岩中，照片数据清晰。</w:t>
        <w:br/>
        <w:t>4）本文增加了侏罗纪道虎沟生物群华翅蝉的古生物多样性，增加了华翅蝉的形态多样性。表明华翅蝉于侏罗纪早期出现了一次大的辐射演化事件。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道虎沟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内蒙古道虎沟中晚侏罗世华翅蝉科新属种数据. 时空三极环境大数据平台, DOI:10.14411/eje.2018.011, CSTR:, </w:t>
      </w:r>
      <w:r>
        <w:t>2021</w:t>
      </w:r>
      <w:r>
        <w:t>.[</w:t>
      </w:r>
      <w:r>
        <w:t xml:space="preserve">FU   Yanzhe. The data of new genera and species of sinoalid from the Middle to Late Jurassic in Daohugou, Inner Mongolia. A Big Earth Data Platform for Three Poles, DOI:10.14411/eje.2018.011,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