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青海省科协系统科技活动基本情况（1978-2019）</w:t>
      </w:r>
    </w:p>
    <w:p>
      <w:r>
        <w:rPr>
          <w:sz w:val="22"/>
        </w:rPr>
        <w:t>英文标题：Basic situation of science and technology activities of Qinghai Association for science and Technology (1978-2019)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"该数据集记录了青海省科协系统科技活动基本情况1978-2019年的统计数据，数据按举办科普宣讲活动、宣讲活动受众人数、播放科技广播、影视节目、举办实用技术培训、实用技术培训人数、推广新技术、新品种、参加活动科技人员总数、参加活动的学会协会研究会、覆盖村、等划分的。数据整理自青海省统计局发布的青海省统计年鉴。数据集包含23个数据表，分别为：</w:t>
        <w:br/>
        <w:t>主要年份科协系统科技活动基本情况1978-2005.xls</w:t>
        <w:br/>
        <w:t>主要年份科协系统科技活动基本情况1985-2006.XLS</w:t>
        <w:br/>
        <w:t>主要年份科协系统科技活动基本情况1990-2004年.xls</w:t>
        <w:br/>
        <w:t>主要年份科协系统科技活动基本情况1990-2007.XLS</w:t>
        <w:br/>
        <w:t>主要年份科协系统科技活动基本情况2000-2008年.XLS</w:t>
        <w:br/>
        <w:t>主要年份科协系统科技活动基本情况2005-2010年.XLS</w:t>
        <w:br/>
        <w:t>主要年份科协系统科技活动基本情况2005-2011.xls</w:t>
        <w:br/>
        <w:t>主要年份科协系统科技活动基本情况2005-2013年.XLS</w:t>
        <w:br/>
        <w:t>主要年份科协系统科技活动基本情况2005-2014年.XLS</w:t>
        <w:br/>
        <w:t>主要年份科协系统科技活动基本情况2010-2015年.xls</w:t>
        <w:br/>
        <w:t>主要年份科协系统科技活动基本情况2015-2016年.xls</w:t>
        <w:br/>
        <w:t>主要年份科协系统科技活动基本情况2016-2017年.xls</w:t>
        <w:br/>
        <w:t>主要年份科协系统科技活动基本情况2017-2018年.xls</w:t>
        <w:br/>
        <w:t>主要年份科协系统科技活动基本情况2005-2012年.XLS</w:t>
        <w:br/>
        <w:t>科协系统科技活动基本情况1990-1998年.xls</w:t>
        <w:br/>
        <w:t>科协系统科技活动基本情况1990-1999年.xls</w:t>
        <w:br/>
        <w:t>科协系统科技活动基本情况1990-2000年.xls</w:t>
        <w:br/>
        <w:t>科协系统科技活动基本情况1990-2001年.xls</w:t>
        <w:br/>
        <w:t>科协系统科技活动基本情况1990-2002年.xls</w:t>
        <w:br/>
        <w:t>科协系统科技活动基本情况1990-2003.xls</w:t>
        <w:br/>
        <w:t>科协系统科技活动基本情况2005-2009年.xls</w:t>
        <w:br/>
        <w:t>科协系统科技活动基本情况2018-2019年.xls</w:t>
        <w:br/>
        <w:t xml:space="preserve">科技活动基本情况2002-2004年.xls </w:t>
        <w:br/>
        <w:t>数据表结构相同。例如科技活动基本情况2002-2004年数据表共有4个字段：</w:t>
        <w:br/>
        <w:t>字段1：指标</w:t>
        <w:br/>
        <w:t>字段2：2002</w:t>
        <w:br/>
        <w:t>字段3：2003</w:t>
        <w:br/>
        <w:t>字段4：2004"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科研机构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3.文件大小：0.252MB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青海省科协系统科技活动基本情况（1978-2019）. 时空三极环境大数据平台, </w:t>
      </w:r>
      <w:r>
        <w:t>2021</w:t>
      </w:r>
      <w:r>
        <w:t>.[</w:t>
      </w:r>
      <w:r>
        <w:t xml:space="preserve">Qinghai Provincial Bureau of Statistics. Basic situation of science and technology activities of Qinghai Association for science and Technology (1978-2019).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