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青海省按地区分的全社会固定资产投资完成情况（2002-2020）</w:t>
      </w:r>
    </w:p>
    <w:p>
      <w:r>
        <w:rPr>
          <w:sz w:val="22"/>
        </w:rPr>
        <w:t>英文标题：Completion of fixed assets investment in Qinghai Province by Region (2002-2020)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2002-2020年青海省按地区分的全社会固定资产投资完成情况的统计数据，数据按投资总额、按登记注册类型分、按资金来源分、按构成分、本年新增固定资产、房屋建筑面积等划分的。数据整理自青海省统计局发布的青海省统计年鉴。数据集包含19个数据表，分别为：按地区分的全社会固定资产投资完成情况（2002年），按地区分的全社会固定资产投资完成情况（2003年）.xls，按地区分的全社会固定资产投资完成情况（2004年）.xls，按地区分的全社会固定资产投资完成情况（2005年）.xls，按地区分的全社会固定资产投资完成情况（2006年）.xls，按地区分的全社会固定资产投资完成情况（2007年）.xls、青海省按地区分全社会固定资产投资（2019）.xls、青海省按地区分全社会固定资产投资增速（2020）.xls，按地区分的全社会固定资产投资完成情况（2008年）.xls，按地区分的全社会固定资产投资完成情况（2009年）.xls等。数据表结构相同。例如2012年的数据表共有9个字段：</w:t>
        <w:br/>
        <w:t>字段1：类型</w:t>
        <w:br/>
        <w:t>字段2：西宁市</w:t>
        <w:br/>
        <w:t>字段3：海东地区</w:t>
        <w:br/>
        <w:t>字段4：海北州</w:t>
        <w:br/>
        <w:t>字段5：黄南州</w:t>
        <w:br/>
        <w:t>字段6：海南州</w:t>
        <w:br/>
        <w:t>字段7：果洛州</w:t>
        <w:br/>
        <w:t>字段8：玉树州</w:t>
        <w:br/>
        <w:t>字段9：海西州"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按地区划分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青海省按地区分的全社会固定资产投资完成情况（2002-2020）. 时空三极环境大数据平台, </w:t>
      </w:r>
      <w:r>
        <w:t>2021</w:t>
      </w:r>
      <w:r>
        <w:t>.[</w:t>
      </w:r>
      <w:r>
        <w:t xml:space="preserve">Qinghai Provincial Bureau of Statistics. Completion of fixed assets investment in Qinghai Province by Region (2002-2020).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