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青藏高原南羌塘花岗岩锆石U-Pb年龄（2014）</w:t>
      </w:r>
    </w:p>
    <w:p>
      <w:r>
        <w:rPr>
          <w:sz w:val="22"/>
        </w:rPr>
        <w:t>英文标题：The zircon U-Pb data of granitoids from the southern Qiangtang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本数据集是对羌塘地体南缘的班公湖、改则、东巧和安多地区花岗岩进行系统的LA-ICPMS 锆石U-Pb同位素定年结果，数据按照实验室标准获得，数据质量符合实验室要求，主要用于青藏高原地质研究。</w:t>
        <w:br/>
        <w:t>数据中包含字段及其含义如下：</w:t>
        <w:br/>
        <w:t>Analysis：锆石测点编号</w:t>
        <w:br/>
        <w:t>Element concentration</w:t>
        <w:br/>
        <w:t>Th (ppm)：元素Th含量</w:t>
        <w:br/>
        <w:t>U (ppm)</w:t>
        <w:tab/>
        <w:t>：元素U含量</w:t>
        <w:br/>
        <w:t>Th/U：元素Th和U含量比值</w:t>
        <w:br/>
        <w:t>Isotope ratio</w:t>
        <w:tab/>
        <w:br/>
        <w:t>²⁰⁷Pb/²⁰⁶Pb：²⁰⁷Pb/²⁰⁶Pb同位素比值</w:t>
        <w:br/>
        <w:t>²⁰⁷Pb/²³⁵U：²⁰⁷Pb/²³⁵U同位素比值</w:t>
        <w:br/>
        <w:t>²⁰⁶Pb/²³⁸U：²⁰⁶Pb/²³⁸U同位素比值</w:t>
        <w:br/>
        <w:t>1s：误差</w:t>
        <w:br/>
        <w:t>Age (Ma)</w:t>
        <w:br/>
        <w:t>²⁰⁷Pb/²⁰⁶Pb：²⁰⁷Pb/²⁰⁶Pb同位素年龄</w:t>
        <w:br/>
        <w:t>²⁰⁷Pb/²³⁵U：²⁰⁷Pb/²³⁵U同位素年龄</w:t>
        <w:br/>
        <w:t>²⁰⁶Pb/²³⁸U：²⁰⁶Pb/²³⁸U同位素年龄</w:t>
        <w:br/>
        <w:t>1s：误差</w:t>
        <w:br/>
        <w:t>Discordant (%) *</w:t>
        <w:tab/>
        <w:t>：不谐和度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南羌塘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刘德亮. 青藏高原南羌塘花岗岩锆石U-Pb年龄（2014）. 时空三极环境大数据平台, DOI:10.11888/Geology.tpe.249411.file, CSTR:18406.11.Geology.tpe.249411.file, </w:t>
      </w:r>
      <w:r>
        <w:t>2021</w:t>
      </w:r>
      <w:r>
        <w:t>.[</w:t>
      </w:r>
      <w:r>
        <w:t xml:space="preserve">LIU Deliang. The zircon U-Pb data of granitoids from the southern Qiangtang (2014). A Big Earth Data Platform for Three Poles, DOI:10.11888/Geology.tpe.249411.file, CSTR:18406.11.Geology.tpe.249411.file,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D.L., Shi, R.D., Ding, L., Huang, Q.S., Zhang, X.R., Yue, Y.H., &amp;Zhang, L.Y. (2015). Zircon U–Pb age and Hf isotopic compositions of Mesozoic granitoids in southern Qiangtang, Tibet: Implications for the subduction of the Bangong–Nujiang Tethyan Ocean. Gondwana Research, 41, 157-172.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刘德亮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ldl@itpcas.ac.cn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