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青海省旅游涉外饭店（宾馆）接待过夜人数和旅游外汇收入（1981-1999）</w:t>
      </w:r>
    </w:p>
    <w:p>
      <w:r>
        <w:rPr>
          <w:sz w:val="22"/>
        </w:rPr>
        <w:t>英文标题：The number of overnight guests and foreign exchange income from tourism in foreign hotels (hotels) of Qinghai Province (1981-1999)</w:t>
      </w:r>
    </w:p>
    <w:p>
      <w:r>
        <w:rPr>
          <w:sz w:val="32"/>
        </w:rPr>
        <w:t>1、摘要</w:t>
      </w:r>
    </w:p>
    <w:p>
      <w:pPr>
        <w:ind w:firstLine="432"/>
      </w:pPr>
      <w:r>
        <w:rPr>
          <w:sz w:val="22"/>
        </w:rPr>
        <w:t>该数据集记录了青海省旅游涉外饭店宾馆接待过夜人数和旅游外汇收入1981-1999年的统计数据，数据按行业、区域、隶属关系和注册类型等划分的。数据整理自青海省统计局发布的青海省统计年鉴。数据集包含3个数据表，分别为：</w:t>
        <w:br/>
        <w:t>旅游涉外饭店宾馆接待过夜人数和旅游外汇收入1981-1998年.xls</w:t>
        <w:br/>
        <w:t>青海省旅游涉外饭店宾馆接待过夜人数和旅游外汇收入1981-1999年.xls</w:t>
        <w:br/>
        <w:t xml:space="preserve">青海省旅游涉外饭店宾馆接待过夜外国旅游者分国别地区人数1998-1999年.xls  </w:t>
        <w:br/>
        <w:t>数据表结构相同。例如旅游涉外饭店宾馆接待过夜人数和旅游外汇收入1981-1998年数据表共有7个字段：</w:t>
        <w:br/>
        <w:t>字段1：1981年</w:t>
        <w:br/>
        <w:t>字段2：1993年</w:t>
        <w:br/>
        <w:t>字段3：1994年</w:t>
        <w:br/>
        <w:t>字段4：1995年</w:t>
        <w:br/>
        <w:t>字段5：1996年</w:t>
        <w:br/>
        <w:t xml:space="preserve">字段6：1997年 </w:t>
        <w:br/>
        <w:t>字段7：1998年</w:t>
      </w:r>
    </w:p>
    <w:p>
      <w:r>
        <w:rPr>
          <w:sz w:val="32"/>
        </w:rPr>
        <w:t>2、关键词</w:t>
      </w:r>
    </w:p>
    <w:p>
      <w:pPr>
        <w:ind w:left="432"/>
      </w:pPr>
      <w:r>
        <w:rPr>
          <w:sz w:val="22"/>
        </w:rPr>
        <w:t>主题关键词：</w:t>
      </w:r>
      <w:r>
        <w:rPr>
          <w:sz w:val="22"/>
        </w:rPr>
        <w:t>游客人数</w:t>
      </w:r>
      <w:r>
        <w:t>,</w:t>
      </w:r>
      <w:r>
        <w:rPr>
          <w:sz w:val="22"/>
        </w:rPr>
        <w:t>旅游业收入</w:t>
      </w:r>
      <w:r>
        <w:t>,</w:t>
      </w:r>
      <w:r>
        <w:rPr>
          <w:sz w:val="22"/>
        </w:rPr>
        <w:t>旅游资源</w:t>
        <w:br/>
      </w:r>
      <w:r>
        <w:rPr>
          <w:sz w:val="22"/>
        </w:rPr>
        <w:t>学科关键词：</w:t>
      </w:r>
      <w:r>
        <w:rPr>
          <w:sz w:val="22"/>
        </w:rPr>
        <w:t>人地关系</w:t>
        <w:br/>
      </w:r>
      <w:r>
        <w:rPr>
          <w:sz w:val="22"/>
        </w:rPr>
        <w:t>地点关键词：</w:t>
      </w:r>
      <w:r>
        <w:rPr>
          <w:sz w:val="22"/>
        </w:rPr>
        <w:t>青海</w:t>
        <w:br/>
      </w:r>
      <w:r>
        <w:rPr>
          <w:sz w:val="22"/>
        </w:rPr>
        <w:t>时间关键词：</w:t>
      </w:r>
      <w:r>
        <w:rPr>
          <w:sz w:val="22"/>
        </w:rPr>
        <w:t>1981-1999</w:t>
      </w:r>
    </w:p>
    <w:p>
      <w:r>
        <w:rPr>
          <w:sz w:val="32"/>
        </w:rPr>
        <w:t>3、数据细节</w:t>
      </w:r>
    </w:p>
    <w:p>
      <w:pPr>
        <w:ind w:left="432"/>
      </w:pPr>
      <w:r>
        <w:rPr>
          <w:sz w:val="22"/>
        </w:rPr>
        <w:t>1.比例尺：None</w:t>
      </w:r>
    </w:p>
    <w:p>
      <w:pPr>
        <w:ind w:left="432"/>
      </w:pPr>
      <w:r>
        <w:rPr>
          <w:sz w:val="22"/>
        </w:rPr>
        <w:t>2.投影：None</w:t>
      </w:r>
    </w:p>
    <w:p>
      <w:pPr>
        <w:ind w:left="432"/>
      </w:pPr>
      <w:r>
        <w:rPr>
          <w:sz w:val="22"/>
        </w:rPr>
        <w:t>3.文件大小：0.062MB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1980-12-31 16:00:00+00:00</w:t>
      </w:r>
      <w:r>
        <w:rPr>
          <w:sz w:val="22"/>
        </w:rPr>
        <w:t>--</w:t>
      </w:r>
      <w:r>
        <w:rPr>
          <w:sz w:val="22"/>
        </w:rPr>
        <w:t>1999-12-30 16:00:00+00:00</w:t>
      </w:r>
    </w:p>
    <w:p>
      <w:r>
        <w:rPr>
          <w:sz w:val="32"/>
        </w:rPr>
        <w:t>6、引用方式</w:t>
      </w:r>
    </w:p>
    <w:p>
      <w:pPr>
        <w:ind w:left="432"/>
      </w:pPr>
      <w:r>
        <w:rPr>
          <w:sz w:val="22"/>
        </w:rPr>
        <w:t xml:space="preserve">数据的引用: </w:t>
      </w:r>
    </w:p>
    <w:p>
      <w:pPr>
        <w:ind w:left="432" w:firstLine="432"/>
      </w:pPr>
      <w:r>
        <w:t xml:space="preserve">青海省统计局. 青海省旅游涉外饭店（宾馆）接待过夜人数和旅游外汇收入（1981-1999）. 时空三极环境大数据平台, </w:t>
      </w:r>
      <w:r>
        <w:t>2021</w:t>
      </w:r>
      <w:r>
        <w:t>.[</w:t>
      </w:r>
      <w:r>
        <w:t xml:space="preserve">Qinghai Provincial Bureau of Statistics. The number of overnight guests and foreign exchange income from tourism in foreign hotels (hotels) of Qinghai Province (1981-1999).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