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青藏高原地区的蜥蜴物种名录及其分布基础数据</w:t>
      </w:r>
    </w:p>
    <w:p>
      <w:r>
        <w:rPr>
          <w:sz w:val="22"/>
        </w:rPr>
        <w:t>英文标题：Species list and distribution of lizards in Tibetan Plateau</w:t>
      </w:r>
    </w:p>
    <w:p>
      <w:r>
        <w:rPr>
          <w:sz w:val="32"/>
        </w:rPr>
        <w:t>1、摘要</w:t>
      </w:r>
    </w:p>
    <w:p>
      <w:pPr>
        <w:ind w:firstLine="432"/>
      </w:pPr>
      <w:r>
        <w:rPr>
          <w:sz w:val="22"/>
        </w:rPr>
        <w:t>基于《中国动物志》、《西藏两栖爬行动物志》、2000-2018年间发表的中英文文献，以及2018-2019年对青藏高原地区的野外科考，记录该地区蜥蜴亚目的物种组成和分布范围。以在青藏高原各海拔梯度广泛分布的陆生脊椎动物类群蜥蜴为研究对象，围绕气候变化对生物多样性的影响以及外温动物对环境变化的响应，获取青藏高原及泛第三极地区蜥蜴的物种数量、分布相关数据。根据《中国动物志有鳞目蜥蜴亚目》鉴定物种，根据海拔、经纬度等信息分析物种多样性及分布格局，为评估生物多样性格局及制定保护策略提供理论依据。</w:t>
      </w:r>
    </w:p>
    <w:p>
      <w:r>
        <w:rPr>
          <w:sz w:val="32"/>
        </w:rPr>
        <w:t>2、关键词</w:t>
      </w:r>
    </w:p>
    <w:p>
      <w:pPr>
        <w:ind w:left="432"/>
      </w:pPr>
      <w:r>
        <w:rPr>
          <w:sz w:val="22"/>
        </w:rPr>
        <w:t>主题关键词：</w:t>
      </w:r>
      <w:r>
        <w:rPr>
          <w:sz w:val="22"/>
        </w:rPr>
        <w:t>生物资源</w:t>
      </w:r>
      <w:r>
        <w:t>,</w:t>
      </w:r>
      <w:r>
        <w:rPr>
          <w:sz w:val="22"/>
        </w:rPr>
        <w:t>爬行动物</w:t>
        <w:br/>
      </w:r>
      <w:r>
        <w:rPr>
          <w:sz w:val="22"/>
        </w:rPr>
        <w:t>学科关键词：</w:t>
      </w:r>
      <w:r>
        <w:rPr>
          <w:sz w:val="22"/>
        </w:rPr>
        <w:t>人地关系</w:t>
        <w:br/>
      </w:r>
      <w:r>
        <w:rPr>
          <w:sz w:val="22"/>
        </w:rPr>
        <w:t>地点关键词：</w:t>
      </w:r>
      <w:r>
        <w:rPr>
          <w:sz w:val="22"/>
        </w:rPr>
        <w:t>青藏高原</w:t>
      </w:r>
      <w:r>
        <w:t xml:space="preserve">, </w:t>
      </w:r>
      <w:r>
        <w:rPr>
          <w:sz w:val="22"/>
        </w:rPr>
        <w:t>藏东南</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3.文件大小：0.42MB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西：73.0</w:t>
            </w:r>
          </w:p>
        </w:tc>
        <w:tc>
          <w:tcPr>
            <w:tcW w:type="dxa" w:w="2880"/>
          </w:tcPr>
          <w:p>
            <w:r>
              <w:t>-</w:t>
            </w:r>
          </w:p>
        </w:tc>
        <w:tc>
          <w:tcPr>
            <w:tcW w:type="dxa" w:w="2880"/>
          </w:tcPr>
          <w:p>
            <w:r>
              <w:t>东：105.0</w:t>
            </w:r>
          </w:p>
        </w:tc>
      </w:tr>
      <w:tr>
        <w:tc>
          <w:tcPr>
            <w:tcW w:type="dxa" w:w="2880"/>
          </w:tcPr>
          <w:p>
            <w:r>
              <w:t>-</w:t>
            </w:r>
          </w:p>
        </w:tc>
        <w:tc>
          <w:tcPr>
            <w:tcW w:type="dxa" w:w="2880"/>
          </w:tcPr>
          <w:p>
            <w:r>
              <w:t>南：26.0</w:t>
            </w:r>
          </w:p>
        </w:tc>
        <w:tc>
          <w:tcPr>
            <w:tcW w:type="dxa" w:w="2880"/>
          </w:tcPr>
          <w:p>
            <w:r>
              <w:t>-</w:t>
            </w:r>
          </w:p>
        </w:tc>
      </w:tr>
    </w:tbl>
    <w:p>
      <w:r>
        <w:rPr>
          <w:sz w:val="32"/>
        </w:rPr>
        <w:t>5、时间范围</w:t>
      </w:r>
      <w:r>
        <w:rPr>
          <w:sz w:val="22"/>
        </w:rPr>
        <w:t>2018-03-05 08:00:00+00:00</w:t>
      </w:r>
      <w:r>
        <w:rPr>
          <w:sz w:val="22"/>
        </w:rPr>
        <w:t>--</w:t>
      </w:r>
      <w:r>
        <w:rPr>
          <w:sz w:val="22"/>
        </w:rPr>
        <w:t>2019-01-04 19:59:59+00:00</w:t>
      </w:r>
    </w:p>
    <w:p>
      <w:r>
        <w:rPr>
          <w:sz w:val="32"/>
        </w:rPr>
        <w:t>6、引用方式</w:t>
      </w:r>
    </w:p>
    <w:p>
      <w:pPr>
        <w:ind w:left="432"/>
      </w:pPr>
      <w:r>
        <w:rPr>
          <w:sz w:val="22"/>
        </w:rPr>
        <w:t xml:space="preserve">数据的引用: </w:t>
      </w:r>
    </w:p>
    <w:p>
      <w:pPr>
        <w:ind w:left="432" w:firstLine="432"/>
      </w:pPr>
      <w:r>
        <w:t xml:space="preserve">曾治高. 青藏高原地区的蜥蜴物种名录及其分布基础数据. 时空三极环境大数据平台, DOI:10.11888/Ecolo.tpdc.270364, CSTR:18406.11.Ecolo.tpdc.270364, </w:t>
      </w:r>
      <w:r>
        <w:t>2019</w:t>
      </w:r>
      <w:r>
        <w:t>.[</w:t>
      </w:r>
      <w:r>
        <w:t xml:space="preserve">ZENG Zhigao. Species list and distribution of lizards in Tibetan Plateau. A Big Earth Data Platform for Three Poles, DOI:10.11888/Ecolo.tpdc.270364, CSTR:18406.11.Ecolo.tpdc.270364,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曾治高</w:t>
        <w:br/>
      </w:r>
      <w:r>
        <w:rPr>
          <w:sz w:val="22"/>
        </w:rPr>
        <w:t xml:space="preserve">单位: </w:t>
      </w:r>
      <w:r>
        <w:rPr>
          <w:sz w:val="22"/>
        </w:rPr>
        <w:t>中国科学院动物研究所</w:t>
        <w:br/>
      </w:r>
      <w:r>
        <w:rPr>
          <w:sz w:val="22"/>
        </w:rPr>
        <w:t xml:space="preserve">电子邮件: </w:t>
      </w:r>
      <w:r>
        <w:rPr>
          <w:sz w:val="22"/>
        </w:rPr>
        <w:t>zengzhg@ioz.ac.cn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