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北极1:100万机场数据集（2014）</w:t>
      </w:r>
    </w:p>
    <w:p>
      <w:r>
        <w:rPr>
          <w:sz w:val="22"/>
        </w:rPr>
        <w:t>英文标题：Arctic 1:1,000,000 airport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机场分布数据集包括北极范围内机场（Arctic_Airport）及机场跑道（Arctic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北极1:100万机场数据集（2014）. 时空三极环境大数据平台, </w:t>
      </w:r>
      <w:r>
        <w:t>2019</w:t>
      </w:r>
      <w:r>
        <w:t>.[</w:t>
      </w:r>
      <w:r>
        <w:t xml:space="preserve">ADC WorldMap. Arctic 1:1,000,000 airport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