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新疆西天山小型兽类数据集（2021）</w:t>
      </w:r>
    </w:p>
    <w:p>
      <w:r>
        <w:rPr>
          <w:sz w:val="22"/>
        </w:rPr>
        <w:t>英文标题：Xinjiang West Tianshan small animal data set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为解析青藏高原动物多样性格局，并建立相应的兽类标本数据库。子课题2019QZKK05010113 2021年集中在新疆西天山共采集200份当地野生动物普通田鼠、乌拉尔姬鼠等标本及组织样本，实体样品包括动物个体、皮张、组织等200个标本样品信息表和500张照片。本数据集包含1个数据集规范表、1个标本信息表、1个组织样本信息表。样品信息表包含物种、品种、详细采样地、样品类型、采集时间、采集人、保存方式等基本样品信息，以excel表形式存储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多样性与分布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3.文件大小：6356.0MB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北：44.760512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西：80.542651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东：82.909331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南：42.462992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蒋学龙. 新疆西天山小型兽类数据集（2021）. 时空三极环境大数据平台, DOI:10.11888/HumanNat.tpdc.272156, CSTR:18406.11.HumanNat.tpdc.272156, </w:t>
      </w:r>
      <w:r>
        <w:t>2021</w:t>
      </w:r>
      <w:r>
        <w:t>.[</w:t>
      </w:r>
      <w:r>
        <w:t xml:space="preserve">JIANG   Xuelong . Xinjiang West Tianshan small animal data set (2021). A Big Earth Data Platform for Three Poles, DOI:10.11888/HumanNat.tpdc.272156, CSTR:18406.11.HumanNat.tpdc.272156,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蒋学龙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jiangxl@mail.kiz.ac.cn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