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黑河生态水文遥感试验：非均匀下垫面地表蒸散发的多尺度观测试验-径流观测数据集（3号点-铁路桥）</w:t>
      </w:r>
    </w:p>
    <w:p>
      <w:r>
        <w:rPr>
          <w:sz w:val="22"/>
        </w:rPr>
        <w:t>英文标题：HiWATER: Dataset of intensive runoff observations of No.3 in the midstream of the Heihe River Basin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11月24日的黑河中游径流加密观测中3号点的河流水位和流速观测数据。观测点位于甘肃省张掖市兰新铁路黑河桥，河道宽度50米。河床为砂砾石，断面稳定。观测点的经纬度是N39°2'33.08"，E100°25'49.42"，1443米。水位观测采用SR50超声测距仪，采集频率30分钟；剖面流量观测采用StreamPro 微型ADCP。数据说明包括以下部分：</w:t>
        <w:br/>
        <w:t xml:space="preserve">水位观测：采用SR50超声测距仪，数据涵盖时间段6月14日至11月24日，观测频率30分钟，单位（cm）； </w:t>
        <w:br/>
        <w:t>流量观测：通过最新技术手段ADCP监测流量，获取精确的水位流量曲线，依托水位过程观测获得径流量变化过程.。单位（m3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3号点铁路桥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2012-06-14至2012-11-24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北：39.041944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南：39.04222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2012-06-24 08:31:00+00:00</w:t>
      </w:r>
      <w:r>
        <w:rPr>
          <w:sz w:val="22"/>
        </w:rPr>
        <w:t>--</w:t>
      </w:r>
      <w:r>
        <w:rPr>
          <w:sz w:val="22"/>
        </w:rPr>
        <w:t>2012-12-04 08:31:00+00:00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黑河生态水文遥感试验：非均匀下垫面地表蒸散发的多尺度观测试验-径流观测数据集（3号点-铁路桥）. 时空三极环境大数据平台, DOI:10.3972/hiwater.111.2013.db, CSTR:18406.11.hiwater.111.2013.db, </w:t>
      </w:r>
      <w:r>
        <w:t>2016</w:t>
      </w:r>
      <w:r>
        <w:t>.[</w:t>
      </w:r>
      <w:r>
        <w:t xml:space="preserve">LIU Shaomin, JIANG Heng. HiWATER: Dataset of intensive runoff observations of No.3 in the midstream of the Heihe River Basin of the MUlti-Scale Observation EXperiment on Evapotranspiration over heterogeneous land surfaces 2012 (MUSOEXE-12). A Big Earth Data Platform for Three Poles, DOI:10.3972/hiwater.111.2013.db, CSTR:18406.11.hiwater.111.2013.db,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