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黑河生态水文遥感试验：水文气象观测网数据集（大满超级站气象要素梯度观测系统-2017）</w:t>
      </w:r>
    </w:p>
    <w:p>
      <w:r>
        <w:rPr>
          <w:sz w:val="22"/>
        </w:rPr>
        <w:t>英文标题：HiWATER：Dataset of hydrometeorological observation network (an observation system of meteorological elements gradient of Daman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气压计安装在2m处；翻斗式雨量计安装在塔西侧约8m处，架高2.5m；四分量辐射仪安装在12m处，朝向正南；两个红外温度计安装在12m处，朝向正南，探头朝向是垂直向下；土壤热流板（自校正式）（3块）依次埋设在地下6cm处，朝向正南距离塔体2m处，其中两块（Gs_2、Gs_3）埋设在棵间，一块（Gs_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光合有效辐射仪安装在12m处，探头朝向是垂直向上；另有四个光合有效辐射仪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四分量辐射（DR、UR、DLR_Cor、ULR_Cor、Rn）(单位：瓦/平方米)、地表辐射温度（IRT_1、IRT_2）(单位：摄氏度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 、光合有效辐射（PAR）(单位：微摩尔/平方米秒)、冠层上向上与向下光合有效辐射（PAR_U_up、PAR_U_down）(单位：微摩尔/平方米秒)和冠层下向上与向下光合有效辐射（PAR_D_up、PAR_D_down）(单位：微摩尔/平方米秒)。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观测数据的处理与质量控制：（1）确保每天144个数据（每10min），若出现数据的缺失，则由-6999标示；2017.6.8-7.2由于传感器的问题，土壤热通量G2出现错误；2017.8.31-9.11由于采集器的问题，气象部分数据出现错误； 2017.9.19-10.15日由于采集器问题，土壤部分数据出现错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2017-01-15 00:00:00+00:00</w:t>
      </w:r>
      <w:r>
        <w:rPr>
          <w:sz w:val="22"/>
        </w:rPr>
        <w:t>--</w:t>
      </w:r>
      <w:r>
        <w:rPr>
          <w:sz w:val="22"/>
        </w:rPr>
        <w:t>2018-01-14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黑河生态水文遥感试验：水文气象观测网数据集（大满超级站气象要素梯度观测系统-2017）. 时空三极环境大数据平台, DOI:10.3972/hiwater.15.2018.db, CSTR:18406.11.hiwater.15.2018.db, </w:t>
      </w:r>
      <w:r>
        <w:t>2018</w:t>
      </w:r>
      <w:r>
        <w:t>.[</w:t>
      </w:r>
      <w:r>
        <w:t xml:space="preserve">TAN  Junlei, LIU Shaomin, XU Ziwei, LI Xin, CHE Tao, REN Zhiguo. HiWATER：Dataset of hydrometeorological observation network (an observation system of meteorological elements gradient of Daman Superstation, 2017). A Big Earth Data Platform for Three Poles, DOI:10.3972/hiwater.15.2018.db, CSTR:18406.11.hiwater.15.2018.db,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