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葫芦沟流域大本营综合环境观测系统数据集（2013）</w:t>
      </w:r>
    </w:p>
    <w:p>
      <w:r>
        <w:rPr>
          <w:sz w:val="22"/>
        </w:rPr>
        <w:t>英文标题：Integrated environment observation data of base camp in Hulugou sub-basin of Heihe River Basin (2013)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1.数据概述</w:t>
        <w:br/>
        <w:t>大本营综合环境观测系统数据集是祁连站在大本营观测点布设1套ENVIS综合环境观测系统(德国,IMKO)。并由ENVIS数采系统自动存储。</w:t>
        <w:br/>
        <w:t>2.数据内容</w:t>
        <w:br/>
        <w:t>此数据集为2013年1月1日—2013年12月31日 日尺度数据。包括气温1.5m、湿度1.5m、气温2.5m、湿度2.5m、土壤水分0cm、降水量、风速1.5m、风速2.5m、风向1.5m、地热通量5cm、总辐射、地表温度、地温20cm、地温40cm、地温60cm、地温80cm、地温120cm、地温160cm、CO2、气压。</w:t>
        <w:br/>
        <w:t>3.时空范围</w:t>
        <w:br/>
        <w:t>地理坐标：经度：99°53′E；纬度：38°16′N；海拔：2980.2m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土壤</w:t>
      </w:r>
      <w:r>
        <w:t>,</w:t>
      </w:r>
      <w:r>
        <w:rPr>
          <w:sz w:val="22"/>
        </w:rPr>
        <w:t>降水</w:t>
      </w:r>
      <w:r>
        <w:t>,</w:t>
      </w:r>
      <w:r>
        <w:rPr>
          <w:sz w:val="22"/>
        </w:rPr>
        <w:t>温度</w:t>
      </w:r>
      <w:r>
        <w:t>,</w:t>
      </w:r>
      <w:r>
        <w:rPr>
          <w:sz w:val="22"/>
        </w:rPr>
        <w:t>降水量</w:t>
      </w:r>
      <w:r>
        <w:t>,</w:t>
      </w:r>
      <w:r>
        <w:rPr>
          <w:sz w:val="22"/>
        </w:rPr>
        <w:t>土壤温度</w:t>
      </w:r>
      <w:r>
        <w:t>,</w:t>
      </w:r>
      <w:r>
        <w:rPr>
          <w:sz w:val="22"/>
        </w:rPr>
        <w:t>土壤湿度/水分含量</w:t>
      </w:r>
      <w:r>
        <w:t>,</w:t>
      </w:r>
      <w:r>
        <w:rPr>
          <w:sz w:val="22"/>
        </w:rPr>
        <w:t>空气温度</w:t>
      </w:r>
      <w:r>
        <w:t>,</w:t>
      </w:r>
      <w:r>
        <w:rPr>
          <w:sz w:val="22"/>
        </w:rPr>
        <w:t>土壤热通量</w:t>
        <w:br/>
      </w:r>
      <w:r>
        <w:rPr>
          <w:sz w:val="22"/>
        </w:rPr>
        <w:t>学科关键词：</w:t>
      </w:r>
      <w:r>
        <w:rPr>
          <w:sz w:val="22"/>
        </w:rPr>
        <w:t>大气</w:t>
      </w:r>
      <w:r>
        <w:t>,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葫芦沟流域</w:t>
        <w:br/>
      </w:r>
      <w:r>
        <w:rPr>
          <w:sz w:val="22"/>
        </w:rPr>
        <w:t>时间关键词：</w:t>
      </w:r>
      <w:r>
        <w:rPr>
          <w:sz w:val="22"/>
        </w:rPr>
        <w:t>2013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3.文件大小：0.128MB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北：38.2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西：99.8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东：99.8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南：38.2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2013-01-08 05:00:00+00:00</w:t>
      </w:r>
      <w:r>
        <w:rPr>
          <w:sz w:val="22"/>
        </w:rPr>
        <w:t>--</w:t>
      </w:r>
      <w:r>
        <w:rPr>
          <w:sz w:val="22"/>
        </w:rPr>
        <w:t>2014-01-07 05:00:00+00:00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陈仁升. 葫芦沟流域大本营综合环境观测系统数据集（2013）. 时空三极环境大数据平台, DOI:10.3972/heihe.015.2015.db, CSTR:18406.11.heihe.015.2015.db, </w:t>
      </w:r>
      <w:r>
        <w:t>2015</w:t>
      </w:r>
      <w:r>
        <w:t>.[</w:t>
      </w:r>
      <w:r>
        <w:t xml:space="preserve">CHEN  Rensheng. Integrated environment observation data of base camp in Hulugou sub-basin of Heihe River Basin (2013). A Big Earth Data Platform for Three Poles, DOI:10.3972/heihe.015.2015.db, CSTR:18406.11.heihe.015.2015.db, </w:t>
      </w:r>
      <w:r>
        <w:t>2015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Chen, R.S., Song, Y.X., Kang, E.S., Han, C.T., Liu, J.F., Yang, Y., Qing, W.W., &amp;Liu, Z.W. (2014). A Cryosphere-Hydrology Observation System in a Small Alpine Watershed in the Qilian Mountains of China and Its Meteorological Gradient. Arctic, Antarctic, and Alpine Research, 46(2), 505-523.</w:t>
        <w:br/>
        <w:br/>
      </w:r>
      <w:r>
        <w:t>Han, C.T., Chen, R.S., Liu, Z.W., Yang, Y., Liu, J.F., Song, Y.X., Wang, L., Liu, G.H., Guo, S.H.,, &amp; Wang, X.Q. (2018). Cryospheric Hydrometeorology Observation in the Hulu Catchment (CHOICE), Qilian Mountains, China. Vadose Zone Journal, 17(1), 1-18.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 xml:space="preserve">黑河寒区水文过程小流域综合观测与模拟 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陈仁升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crs2008@lzb.ac.cn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