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极地边缘区高分辨率（10~30m）冰面融水数据集（2000-2020）</w:t>
      </w:r>
    </w:p>
    <w:p>
      <w:r>
        <w:rPr>
          <w:sz w:val="22"/>
        </w:rPr>
        <w:t>英文标题：High-resolution (10-30m) surface melt water dataset of the marginal polar region, 2000-2020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近年来，南极冰盖消融逐渐加速，南极冰盖表面发育了大量冰面融水，深入理解南极冰盖冰面融水的空间分布和动态变化，对于研究南极冰盖物质平衡具有重要意义。本数据集是基于Landsat-7、8和Sentinel-2影像提取的2000-2020年南极冰盖典型消融区（普利兹湾）10-30m冰面融水数据集。数据集投影为极地方位投影，格式为矢量（ESRI Shapefile）和栅格（GeoTIFF），时间为南半球夏季（12月-次年2月）。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极地边缘区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2.投影：South_Pole_Stereographic</w:t>
      </w:r>
    </w:p>
    <w:p>
      <w:pPr>
        <w:ind w:left="432"/>
      </w:pPr>
      <w:r>
        <w:rPr>
          <w:sz w:val="22"/>
        </w:rPr>
        <w:t>3.文件大小：674.0MB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北：-70.77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西：66.81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南：-73.31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2000-11-30 16:00:00+00:00</w:t>
      </w:r>
      <w:r>
        <w:rPr>
          <w:sz w:val="22"/>
        </w:rPr>
        <w:t>--</w:t>
      </w:r>
      <w:r>
        <w:rPr>
          <w:sz w:val="22"/>
        </w:rPr>
        <w:t>2020-11-30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杨康. 极地边缘区高分辨率（10~30m）冰面融水数据集（2000-2020）. 时空三极环境大数据平台, DOI:10.11888/Glacio.tpdc.271579, CSTR:18406.11.Glacio.tpdc.271579, </w:t>
      </w:r>
      <w:r>
        <w:t>2021</w:t>
      </w:r>
      <w:r>
        <w:t>.[</w:t>
      </w:r>
      <w:r>
        <w:t xml:space="preserve">YANG   Kang. High-resolution (10-30m) surface melt water dataset of the marginal polar region, 2000-2020. A Big Earth Data Platform for Three Poles, DOI:10.11888/Glacio.tpdc.271579, CSTR:18406.11.Glacio.tpdc.271579,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杨康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kangyang@nju.edu.cn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