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祁连山综合观测网：兰州大学寒旱区科学观测网络（瓜州站气象要素梯度观测系统-2018）</w:t>
      </w:r>
    </w:p>
    <w:p>
      <w:r>
        <w:rPr>
          <w:sz w:val="22"/>
        </w:rPr>
        <w:t>英文标题：Qilian Mountains integrated observatory network: Cold and Arid Research Network of Lanzhou university (an observation system of Meteorological elements gradient of Guazhou Station, 2018)</w:t>
      </w:r>
    </w:p>
    <w:p>
      <w:r>
        <w:rPr>
          <w:sz w:val="32"/>
        </w:rPr>
        <w:t>1、摘要</w:t>
      </w:r>
    </w:p>
    <w:p>
      <w:pPr>
        <w:ind w:firstLine="432"/>
      </w:pPr>
      <w:r>
        <w:rPr>
          <w:sz w:val="22"/>
        </w:rPr>
        <w:t>该数据集包含了2018年9月23日至2018年12月31日兰州大学兰州大学寒旱区科学观测网络瓜州站气象要素梯度观测系统数据。站点位于甘肃酒泉瓜州县柳园镇，下垫面是荒漠。观测点的经纬度是95.673E，41.405N，海拔2014m。二维超声风速/风向传感器和空气温湿度传感器分别架设在2m、4m、8m、16m、32m、48m处，共6层，朝向正北；气压计安装在1.5m采集箱内；翻斗式雨量计安装在塔4m处；红外温度计安装在4m处，朝向正南，探头朝向垂直向下；土壤热通量板（自校正式）（2块）依次埋设在塔南侧植被下5cm和10cm处；土壤温/湿/电导率传感器和土壤水势传感器埋设在塔南侧植被下5cm、10cm、20cm、40cm、60cm、80cm处；光合有效辐射传感器、日照时数传感器以及四分量辐射仪安装在4m处，朝向正南。</w:t>
        <w:br/>
        <w:t>观测项目有：风速（WS_2m、WS_4m、WS_8m、WS_16m、WS_32m、WS_48m）(单位：米/秒)、风向（WD_2m、WD_4m、WD_8m、WD_16m、WD_32m、WD_48m）(单位：度)、空气温湿度（TA_2m、TA_4m、TA_8m、TA_16m、TA_32m、TA_48m和RH_2m、RH_4m、RH_8m、RH_16m、RH_32m、RH_48m）(单位：摄氏度、百分比)、气压（Press）(单位：百帕)、降水量（Rain）(单位：毫米)、四分量辐射（DR、UR、DLR_Cor、ULR_Cor、Rn）(单位：瓦/平方米)、地表辐射温度（IRT）(单位：摄氏度)、土壤热通量（Gs_5cm、Gs_10cm）(单位：瓦/平方米)、土壤水分（Ms_5cm、Ms_10cm、Ms_20cm、Ms_40cm、Ms_60cm、Ms_80cm）(单位：百分比)、土壤温度（Ts_5cm、Ts_10cm、Ts_20cm、Ts_40cm、Ts_60cm、Ts_80cm）(单位：摄氏度) 、土壤水势（SWP_5cm、SWP_10cm、SWP_20cm、SWP_40cm、SWP_60cm、SWP_80cm）（单位：千帕）、土壤电导率（EC_5cm、EC_10cm、EC_20cm、EC_40cm、EC_60cm、EC_80cm）（单位：微西门子/厘米）、光合有效辐射（PAR）(单位：微摩尔/平方米秒)、日照时数（Sun_time）（单位：小时）。</w:t>
        <w:br/>
        <w:t>观测数据的处理与质量控制：（1）确保每天144个数据（每10min）；该地区土壤水势很低，已超出传感器的测量量程；（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土壤</w:t>
      </w:r>
      <w:r>
        <w:t>,</w:t>
      </w:r>
      <w:r>
        <w:rPr>
          <w:sz w:val="22"/>
        </w:rPr>
        <w:t>降水</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疏勒河流域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3.文件大小：6.03MB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北：41.405</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南：41.405</w:t>
            </w:r>
          </w:p>
        </w:tc>
        <w:tc>
          <w:tcPr>
            <w:tcW w:type="dxa" w:w="2880"/>
          </w:tcPr>
          <w:p>
            <w:r>
              <w:t>-</w:t>
            </w:r>
          </w:p>
        </w:tc>
      </w:tr>
    </w:tbl>
    <w:p>
      <w:r>
        <w:rPr>
          <w:sz w:val="32"/>
        </w:rPr>
        <w:t>5、时间范围</w:t>
      </w:r>
      <w:r>
        <w:rPr>
          <w:sz w:val="22"/>
        </w:rPr>
        <w:t>2018-01-16 00:00:00+00:00</w:t>
      </w:r>
      <w:r>
        <w:rPr>
          <w:sz w:val="22"/>
        </w:rPr>
        <w:t>--</w:t>
      </w:r>
      <w:r>
        <w:rPr>
          <w:sz w:val="22"/>
        </w:rPr>
        <w:t>2019-01-15 00:00:00+00:00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祁连山综合观测网：兰州大学寒旱区科学观测网络（瓜州站气象要素梯度观测系统-2018）. 时空三极环境大数据平台, DOI:10.11888/Geogra.tpdc.270146, CSTR:18406.11.Geogra.tpdc.270146, </w:t>
      </w:r>
      <w:r>
        <w:t>2019</w:t>
      </w:r>
      <w:r>
        <w:t>.[</w:t>
      </w:r>
      <w:r>
        <w:t xml:space="preserve">ZHANG Renyi, ZHAO Changming. Qilian Mountains integrated observatory network: Cold and Arid Research Network of Lanzhou university (an observation system of Meteorological elements gradient of Guazhou Station, 2018). A Big Earth Data Platform for Three Poles, DOI:10.11888/Geogra.tpdc.270146, CSTR:18406.11.Geogra.tpdc.270146,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