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青海省金融机构人民币贷款余额（1952-2020）</w:t>
      </w:r>
    </w:p>
    <w:p>
      <w:r>
        <w:rPr>
          <w:sz w:val="22"/>
        </w:rPr>
        <w:t>英文标题：RMB loan balance of financial institutions in Qinghai Province (1952-2020)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1952-2018年青海省金融机构人民币贷款余额的统计数据，数据按主要年份和西宁市、海东市、海北州、黄南州、海南州、果洛州、玉树州等地域划分的。数据整理自青海省统计局发布的青海省统计年鉴。数据集包含34个数据表，分别为：</w:t>
        <w:br/>
        <w:t>主要年份金融机构人民币存款余额2011.xls</w:t>
        <w:br/>
        <w:t>主要年份金融机构人民币存款余额1952-2004年.xls</w:t>
        <w:br/>
        <w:t>主要年份金融机构人民币存款余额1952-2008年.xls</w:t>
        <w:br/>
        <w:t>主要年份金融机构人民币存款余额1952-2009.xls</w:t>
        <w:br/>
        <w:t>主要年份金融机构人民币存款余额1952-2010年.xls</w:t>
        <w:br/>
        <w:t>主要年份金融机构人民币存款余额1952年-2006.xls</w:t>
        <w:br/>
        <w:t>主要年份金融机构人民币存款余额1952年-2007.xls</w:t>
        <w:br/>
        <w:t>主要年份金融机构人民币存款余额1978-2005.xls</w:t>
        <w:br/>
        <w:t>主要年份金融机构人民币贷款余额1952-2004年.xls</w:t>
        <w:br/>
        <w:t>主要年份金融机构人民币贷款余额1952-2009.xls</w:t>
        <w:br/>
        <w:t>主要年份金融机构人民币贷款余额1952年-2006.xls</w:t>
        <w:br/>
        <w:t>主要年份金融机构人民币贷款余额1952年-2007.xls</w:t>
        <w:br/>
        <w:t>主要年份金融机构人民币贷款余额1978-2005.xls</w:t>
        <w:br/>
        <w:t>主要年份金融机构人民币贷款余额1999-2008年.xls</w:t>
        <w:br/>
        <w:t>主要年份金融机构人民币贷款余额2010-2011年.xls</w:t>
        <w:br/>
        <w:t>主要年份金融机构人民币贷款余额2010年.xls</w:t>
        <w:br/>
        <w:t>主要年份金融机构人民币贷款余额2010-2012年.xls</w:t>
        <w:br/>
        <w:t>金融机构人民币存款余额2012你.xls</w:t>
        <w:br/>
        <w:t>金融机构人民币存款余额2011-2013年.xls</w:t>
        <w:br/>
        <w:t>金融机构人民币存款余额2011-2014年.xls</w:t>
        <w:br/>
        <w:t>金融机构人民币存款余额2015年.xls</w:t>
        <w:br/>
        <w:t>金融机构人民币存款余额2016年.xls</w:t>
        <w:br/>
        <w:t>金融机构人民币存款余额2017年.xls</w:t>
        <w:br/>
        <w:t>金融机构人民币存款余额2018年.xls</w:t>
        <w:br/>
        <w:t>金融机构人民币存款余额2019年.xls</w:t>
        <w:br/>
        <w:t>金融机构人民币存款余额2020年.xls</w:t>
        <w:br/>
        <w:t>金融机构人民币贷款余额2010-2013年.xls</w:t>
        <w:br/>
        <w:t>金融机构人民币贷款余额2010-2014年.xls</w:t>
        <w:br/>
        <w:t>金融机构人民币贷款余额2015年.xls</w:t>
        <w:br/>
        <w:t>金融机构人民币贷款余额2016年.xls</w:t>
        <w:br/>
        <w:t>金融机构人民币贷款余额2017年.xls</w:t>
        <w:br/>
        <w:t xml:space="preserve">金融机构人民币贷款余额2018年.xls  </w:t>
        <w:br/>
        <w:t>金融机构人民币贷款余额2019年.xls</w:t>
        <w:br/>
        <w:t>金融机构人民币贷款余额2020年.xls</w:t>
        <w:br/>
        <w:t>数据表结构相同。例如金融机构人民币存款余额2012数据表共有8个字段：</w:t>
        <w:br/>
        <w:t>字段1：年份地区</w:t>
        <w:br/>
        <w:t>字段2：合计</w:t>
        <w:br/>
        <w:t>字段3：单位存款</w:t>
        <w:br/>
        <w:t>字段4：活期存款</w:t>
        <w:br/>
        <w:t>字段5：定期存款</w:t>
        <w:br/>
        <w:t xml:space="preserve">字段6：个人存款 </w:t>
        <w:br/>
        <w:t>字段7：储蓄存款</w:t>
        <w:br/>
        <w:t>字段8：财政性存款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金融机构</w:t>
      </w:r>
      <w:r>
        <w:t>,</w:t>
      </w:r>
      <w:r>
        <w:rPr>
          <w:sz w:val="22"/>
        </w:rPr>
        <w:t>人民币存款余额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3.文件大小：0.277MB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青海省金融机构人民币贷款余额（1952-2020）. 时空三极环境大数据平台, </w:t>
      </w:r>
      <w:r>
        <w:t>2021</w:t>
      </w:r>
      <w:r>
        <w:t>.[</w:t>
      </w:r>
      <w:r>
        <w:t xml:space="preserve">Qinghai Provincial Bureau of Statistics. RMB loan balance of financial institutions in Qinghai Province (1952-2020).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