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青海省分地区建筑业企业生产完成情况（2004-2007）</w:t>
      </w:r>
    </w:p>
    <w:p>
      <w:r>
        <w:rPr>
          <w:sz w:val="22"/>
        </w:rPr>
        <w:t>英文标题：Production completion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地区建筑业企业生产完成情况的统计数据，数据是按地区、企业数、有工作量企业数、签订合同额、建筑业总产值、竣工产值、房屋建筑施工面积、房屋建筑竣工面积来划分的。数据整理自青海省统计局发布的青海省统计年鉴。数据集包含4个数据表，数据表结构相同。例如2007年的数据表共有8个字段：</w:t>
        <w:br/>
        <w:t>字段1：地区</w:t>
        <w:br/>
        <w:t>字段2：企业数</w:t>
        <w:br/>
        <w:t>字段3：有工作量企业数</w:t>
        <w:br/>
        <w:t>字段4：签订合同额</w:t>
        <w:br/>
        <w:t>字段5：建筑业总产值</w:t>
        <w:br/>
        <w:t>字段6：竣工产值</w:t>
        <w:br/>
        <w:t>字段7：房屋建筑施工面积</w:t>
        <w:br/>
        <w:t>字段8: 房屋建筑竣工面积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劳动生产率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青海省分地区建筑业企业生产完成情况（2004-2007）. 时空三极环境大数据平台, </w:t>
      </w:r>
      <w:r>
        <w:t>2021</w:t>
      </w:r>
      <w:r>
        <w:t>.[</w:t>
      </w:r>
      <w:r>
        <w:t xml:space="preserve">Qinghai Provincial Bureau of Statistics. Production completion of construction enterprises in different regions of Qinghai Province (2004-2007).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