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青海省全省规模以下工业抽样调查主要经济指标（1998-2017）</w:t>
      </w:r>
    </w:p>
    <w:p>
      <w:r>
        <w:rPr>
          <w:sz w:val="22"/>
        </w:rPr>
        <w:t>英文标题：Main economic indicators of sampling survey of industries below Designated Size in Qinghai Province (1998-2017)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该数据集记录了青海省全省规模以下工业抽样调查主要经济指标，数据是按全省规模以下工业抽样调查主要经济指标进行划分的。数据整理自青海省统计局发布的青海省统计年鉴。数据集包含15个数据表，分别为:</w:t>
        <w:br/>
        <w:t>全省规模以下工业抽样调查主要经济指标1998-2003.xls</w:t>
        <w:br/>
        <w:t>全省规模以下工业抽样调查主要经济指标1998-2005年.xls</w:t>
        <w:br/>
        <w:t>全省规模以下工业抽样调查主要经济指标1999-2006年.xls</w:t>
        <w:br/>
        <w:t>全省规模以下工业抽样调查主要经济指标1999-2007年.xls</w:t>
        <w:br/>
        <w:t>全省规模以下工业抽样调查主要经济指标2000-2008年.xls</w:t>
        <w:br/>
        <w:t>全省规模以下工业抽样调查主要经济指标2000-2009年.xls</w:t>
        <w:br/>
        <w:t>全省规模以下工业抽样调查主要经济指标2004-2010年.xls</w:t>
        <w:br/>
        <w:t>全省规模以下工业抽样调查主要经济指标2004年.xls</w:t>
        <w:br/>
        <w:t>全省规模以下工业抽样调查主要经济指标2007-2011年.xls</w:t>
        <w:br/>
        <w:t>全省规模以下工业抽样调查主要经济指标2009-2012年.xls</w:t>
        <w:br/>
        <w:t>全省规模以下工业抽样调查主要经济指标2009-2013年.xls</w:t>
        <w:br/>
        <w:t>全省规模以下工业抽样调查主要经济指标2009-2014年.xls</w:t>
        <w:br/>
        <w:t>全省规模以下工业抽样调查主要经济指标2010-2015年.xls</w:t>
        <w:br/>
        <w:t>全省规模以下工业抽样调查主要经济指标2010-2016年.xls</w:t>
        <w:br/>
        <w:t>全省规模以下工业抽样调查主要经济指标2012-2017年.xls。数据表结构相同。例如全省规模以下工业抽样调查主要经济指标1999-2007年数据表共有10个字段：</w:t>
        <w:br/>
        <w:t>字段1：指标名称</w:t>
        <w:br/>
        <w:t>字段2：1999年</w:t>
        <w:br/>
        <w:t>字段3：2000年</w:t>
        <w:br/>
        <w:t>字段4：2001年</w:t>
        <w:br/>
        <w:t>字段5：2002年</w:t>
        <w:br/>
        <w:t>字段6：2003年</w:t>
        <w:br/>
        <w:t>字段7：2004年</w:t>
        <w:br/>
        <w:t>字段8：2005年</w:t>
        <w:br/>
        <w:t>字段9：2006年</w:t>
        <w:br/>
        <w:t>字段10：2007年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规模以下工业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3.文件大小：0.149MB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青海省全省规模以下工业抽样调查主要经济指标（1998-2017）. 时空三极环境大数据平台, </w:t>
      </w:r>
      <w:r>
        <w:t>2021</w:t>
      </w:r>
      <w:r>
        <w:t>.[</w:t>
      </w:r>
      <w:r>
        <w:t xml:space="preserve">Qinghai Provincial Bureau of Statistics. Main economic indicators of sampling survey of industries below Designated Size in Qinghai Province (1998-2017).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