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黑河生态水文遥感试验：黑河流域中游村庄屋顶红外温度和反照率观测数据集</w:t>
      </w:r>
    </w:p>
    <w:p>
      <w:r>
        <w:rPr>
          <w:sz w:val="22"/>
        </w:rPr>
        <w:t>英文标题：HiWATER: Dataset of surface temperature and albedo on village roof in the middle reaches of the Heihe River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在EC矩阵4号村庄点边上的屋顶上架设一套地表温度和上行/下行短波观测系统，目的在于为航空TASI、WiDAS和L波段飞行提供地面定标观测数据。</w:t>
        <w:br/>
        <w:t>观测地点：</w:t>
        <w:br/>
        <w:t>选择甘肃省张掖市甘州区小满镇石桥村一社大面积、均质的土房屋顶作为观测点。观测点位于房顶上，相对平坦、且比较均一，周边没有高大树木的遮挡，距EC4号点西南约20米，该观测点坐标：38°52′38.50″N，100°21′27.00″E。</w:t>
        <w:br/>
        <w:t>测量仪器：</w:t>
        <w:br/>
        <w:t>观测探头为一个垂直对地的S1-111红外温度探头（2012年新购置仪器，其出厂时默认的地表发射率为1，试验期间未进行黑体定标）。2个CMP3型反照率表（一个朝上、一个朝下）组成，探头架高1.0米，Campell CR850数采自动记录。</w:t>
        <w:br/>
        <w:t>探头朝向：</w:t>
        <w:br/>
        <w:t>仪器支臂长度3m，与房子边缘平行，方位角156°，东偏南66°</w:t>
        <w:br/>
        <w:t>测量时间：</w:t>
        <w:br/>
        <w:t>仪器从2012年6月23日起开始正常观测，到9月20日拆除，期间进行不间断地24小时观测，5秒钟记录一次数据，输出5秒钟和1分钟2组值。</w:t>
        <w:br/>
        <w:t>数据内容：</w:t>
        <w:br/>
        <w:t>地表温度观测数据、上行/下行短波辐射数据，可以计算出最终的反照率。其中温度观测数据主要包括：SI-111红外温度探头的传感器自身表体温度(SBT_C)、传感器观测到的地表温度（Target_C,未进行地表比辐射率、背景温度的校正）。数据最终被存储为1天1个独立文本文件，数据命名方式：数据格式+观测点名称+数据采样时间+日期+时间.dat。详细的数据表头信息见数据内的数据表头说明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地表辐射温度</w:t>
      </w:r>
      <w:r>
        <w:t>,</w:t>
      </w:r>
      <w:r>
        <w:rPr>
          <w:sz w:val="22"/>
        </w:rPr>
        <w:t>地表过程</w:t>
      </w:r>
      <w:r>
        <w:t>,</w:t>
      </w:r>
      <w:r>
        <w:rPr>
          <w:sz w:val="22"/>
        </w:rPr>
        <w:t>反照率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屋顶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2012-06-23至2012-09-20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3.文件大小：0.0MB</w:t>
      </w:r>
    </w:p>
    <w:p>
      <w:pPr>
        <w:ind w:left="432"/>
      </w:pPr>
      <w:r>
        <w:rPr>
          <w:sz w:val="22"/>
        </w:rPr>
        <w:t>4.数据格式：文本, *.dat后缀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北：38.87736111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西：100.3575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东：100.3575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南：38.87736111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2012-07-02 16:05:00+00:00</w:t>
      </w:r>
      <w:r>
        <w:rPr>
          <w:sz w:val="22"/>
        </w:rPr>
        <w:t>--</w:t>
      </w:r>
      <w:r>
        <w:rPr>
          <w:sz w:val="22"/>
        </w:rPr>
        <w:t>2012-09-29 16:05:00+00:00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马明国. 黑河生态水文遥感试验：黑河流域中游村庄屋顶红外温度和反照率观测数据集. 时空三极环境大数据平台, DOI:10.3972/hiwater.029.2013.db, CSTR:18406.11.hiwater.029.2013.db, </w:t>
      </w:r>
      <w:r>
        <w:t>2017</w:t>
      </w:r>
      <w:r>
        <w:t>.[</w:t>
      </w:r>
      <w:r>
        <w:t xml:space="preserve">MA Mingguo. HiWATER: Dataset of surface temperature and albedo on village roof in the middle reaches of the Heihe River Basin. A Big Earth Data Platform for Three Poles, DOI:10.3972/hiwater.029.2013.db, CSTR:18406.11.hiwater.029.2013.db,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黑河流域生态-水文过程综合遥感观测试验：定标与真实性检验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马明国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mmg@lzb.ac.cn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