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排露沟流域2012年蒸散发记录</w:t>
      </w:r>
    </w:p>
    <w:p>
      <w:r>
        <w:rPr>
          <w:sz w:val="22"/>
        </w:rPr>
        <w:t>英文标题：Evapotranspiration data in Pailougou watershed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在祁连山排露沟流域2700m青海云杉林内以及林外阴坡草地分别布设了9个及6个蒸发桶。规格为口径20cm,高80cm。测量日期为2012年6月至2012年9月，每日测量，并记录每天降水量。单位为mm。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10:48:50+00:00</w:t>
      </w:r>
      <w:r>
        <w:rPr>
          <w:sz w:val="22"/>
        </w:rPr>
        <w:t>--</w:t>
      </w:r>
      <w:r>
        <w:rPr>
          <w:sz w:val="22"/>
        </w:rPr>
        <w:t>2018-11-21 10:48:50+00:00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排露沟流域2012年蒸散发记录. 时空三极环境大数据平台, DOI:10.3972/heihe.227.2013.db, CSTR:18406.11.heihe.227.2013.db, </w:t>
      </w:r>
      <w:r>
        <w:t>2014</w:t>
      </w:r>
      <w:r>
        <w:t>.[</w:t>
      </w:r>
      <w:r>
        <w:t xml:space="preserve">HE Zhibin. Evapotranspiration data in Pailougou watershed. A Big Earth Data Platform for Three Poles, DOI:10.3972/heihe.227.2013.db, CSTR:18406.11.heihe.227.2013.db,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