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黑河干流（莺落峡以上流域）生态水文过程模拟结果（1980-2010）V1.0</w:t>
      </w:r>
    </w:p>
    <w:p>
      <w:r>
        <w:rPr>
          <w:sz w:val="22"/>
        </w:rPr>
        <w:t>英文标题：Modeling Ecohydrological Processes and Spatial Patterns in the Upper Heihe Basin (1980-2010) V1.0</w:t>
      </w:r>
    </w:p>
    <w:p>
      <w:r>
        <w:rPr>
          <w:sz w:val="32"/>
        </w:rPr>
        <w:t>1、摘要</w:t>
      </w:r>
    </w:p>
    <w:p>
      <w:pPr>
        <w:ind w:firstLine="432"/>
      </w:pPr>
      <w:r>
        <w:rPr>
          <w:sz w:val="22"/>
        </w:rPr>
        <w:t>黑河上游分布式生态水文模型（GBEHM）输出数据包括1-km网格的空间分布数据系列数据。</w:t>
        <w:br/>
        <w:t>区域：黑河上游（莺落峡），时间分辨率：月尺度，空间分辨率：1km，时段：1980年-2010年。</w:t>
        <w:br/>
        <w:t>数据包括降水量、蒸散发、径流深、土壤体积含水量(0-100cm)。</w:t>
        <w:br/>
        <w:t>所有数据均为ASCII格式，流域空间范围参见reference目录下的basin.asc文件。</w:t>
        <w:br/>
        <w:t>模型结果的投影参数: Sphere_ARC_INFO_Lambert_Azimuthal_Equal_Area</w:t>
      </w:r>
    </w:p>
    <w:p>
      <w:r>
        <w:rPr>
          <w:sz w:val="32"/>
        </w:rPr>
        <w:t>2、关键词</w:t>
      </w:r>
    </w:p>
    <w:p>
      <w:pPr>
        <w:ind w:left="432"/>
      </w:pPr>
      <w:r>
        <w:rPr>
          <w:sz w:val="22"/>
        </w:rPr>
        <w:t>主题关键词：</w:t>
      </w:r>
      <w:r>
        <w:rPr>
          <w:sz w:val="22"/>
        </w:rPr>
        <w:t>土壤</w:t>
      </w:r>
      <w:r>
        <w:t>,</w:t>
      </w:r>
      <w:r>
        <w:rPr>
          <w:sz w:val="22"/>
        </w:rPr>
        <w:t>降水</w:t>
      </w:r>
      <w:r>
        <w:t>,</w:t>
      </w:r>
      <w:r>
        <w:rPr>
          <w:sz w:val="22"/>
        </w:rPr>
        <w:t>蒸散发</w:t>
      </w:r>
      <w:r>
        <w:t>,</w:t>
      </w:r>
      <w:r>
        <w:rPr>
          <w:sz w:val="22"/>
        </w:rPr>
        <w:t>地表水</w:t>
      </w:r>
      <w:r>
        <w:t>,</w:t>
      </w:r>
      <w:r>
        <w:rPr>
          <w:sz w:val="22"/>
        </w:rPr>
        <w:t>水文</w:t>
      </w:r>
      <w:r>
        <w:t>,</w:t>
      </w:r>
      <w:r>
        <w:rPr>
          <w:sz w:val="22"/>
        </w:rPr>
        <w:t>土壤湿度/水分含量</w:t>
      </w:r>
      <w:r>
        <w:t>,</w:t>
      </w:r>
      <w:r>
        <w:rPr>
          <w:sz w:val="22"/>
        </w:rPr>
        <w:t>径流</w:t>
        <w:br/>
      </w:r>
      <w:r>
        <w:rPr>
          <w:sz w:val="22"/>
        </w:rPr>
        <w:t>学科关键词：</w:t>
      </w:r>
      <w:r>
        <w:rPr>
          <w:sz w:val="22"/>
        </w:rPr>
        <w:t>陆地表层</w:t>
        <w:br/>
      </w:r>
      <w:r>
        <w:rPr>
          <w:sz w:val="22"/>
        </w:rPr>
        <w:t>地点关键词：</w:t>
      </w:r>
      <w:r>
        <w:rPr>
          <w:sz w:val="22"/>
        </w:rPr>
        <w:t>黑河流域</w:t>
      </w:r>
      <w:r>
        <w:t xml:space="preserve">, </w:t>
      </w:r>
      <w:r>
        <w:rPr>
          <w:sz w:val="22"/>
        </w:rPr>
        <w:t>黑河上游</w:t>
        <w:br/>
      </w:r>
      <w:r>
        <w:rPr>
          <w:sz w:val="22"/>
        </w:rPr>
        <w:t>时间关键词：</w:t>
      </w:r>
      <w:r>
        <w:rPr>
          <w:sz w:val="22"/>
        </w:rPr>
        <w:t>1980-2010</w:t>
      </w:r>
    </w:p>
    <w:p>
      <w:r>
        <w:rPr>
          <w:sz w:val="32"/>
        </w:rPr>
        <w:t>3、数据细节</w:t>
      </w:r>
    </w:p>
    <w:p>
      <w:pPr>
        <w:ind w:left="432"/>
      </w:pPr>
      <w:r>
        <w:rPr>
          <w:sz w:val="22"/>
        </w:rPr>
        <w:t>1.比例尺：None</w:t>
      </w:r>
    </w:p>
    <w:p>
      <w:pPr>
        <w:ind w:left="432"/>
      </w:pPr>
      <w:r>
        <w:rPr>
          <w:sz w:val="22"/>
        </w:rPr>
        <w:t>2.投影：4326</w:t>
      </w:r>
    </w:p>
    <w:p>
      <w:pPr>
        <w:ind w:left="432"/>
      </w:pPr>
      <w:r>
        <w:rPr>
          <w:sz w:val="22"/>
        </w:rPr>
        <w:t>3.文件大小：47.0MB</w:t>
      </w:r>
    </w:p>
    <w:p>
      <w:pPr>
        <w:ind w:left="432"/>
      </w:pPr>
      <w:r>
        <w:rPr>
          <w:sz w:val="22"/>
        </w:rPr>
        <w:t>4.数据格式：ASCII</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西：98.0</w:t>
            </w:r>
          </w:p>
        </w:tc>
        <w:tc>
          <w:tcPr>
            <w:tcW w:type="dxa" w:w="2880"/>
          </w:tcPr>
          <w:p>
            <w:r>
              <w:t>-</w:t>
            </w:r>
          </w:p>
        </w:tc>
        <w:tc>
          <w:tcPr>
            <w:tcW w:type="dxa" w:w="2880"/>
          </w:tcPr>
          <w:p>
            <w:r>
              <w:t>东：102.0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1980-01-12 00:00:00+00:00</w:t>
      </w:r>
      <w:r>
        <w:rPr>
          <w:sz w:val="22"/>
        </w:rPr>
        <w:t>--</w:t>
      </w:r>
      <w:r>
        <w:rPr>
          <w:sz w:val="22"/>
        </w:rPr>
        <w:t>2011-01-11 00:00:00+00:00</w:t>
      </w:r>
    </w:p>
    <w:p>
      <w:r>
        <w:rPr>
          <w:sz w:val="32"/>
        </w:rPr>
        <w:t>6、引用方式</w:t>
      </w:r>
    </w:p>
    <w:p>
      <w:pPr>
        <w:ind w:left="432"/>
      </w:pPr>
      <w:r>
        <w:rPr>
          <w:sz w:val="22"/>
        </w:rPr>
        <w:t xml:space="preserve">数据的引用: </w:t>
      </w:r>
    </w:p>
    <w:p>
      <w:pPr>
        <w:ind w:left="432" w:firstLine="432"/>
      </w:pPr>
      <w:r>
        <w:t xml:space="preserve">黑河干流（莺落峡以上流域）生态水文过程模拟结果（1980-2010）V1.0. 时空三极环境大数据平台, DOI:10.3972/heihe.129.2014.db, CSTR:18406.11.heihe.129.2014.db, </w:t>
      </w:r>
      <w:r>
        <w:t>2016</w:t>
      </w:r>
      <w:r>
        <w:t>.[</w:t>
      </w:r>
      <w:r>
        <w:t xml:space="preserve">Modeling Ecohydrological Processes and Spatial Patterns in the Upper Heihe Basin (1980-2010) V1.0. A Big Earth Data Platform for Three Poles, DOI:10.3972/heihe.129.2014.db, CSTR:18406.11.heihe.129.2014.db, </w:t>
      </w:r>
      <w:r>
        <w:t>2016</w:t>
      </w:r>
      <w:r>
        <w:rPr>
          <w:sz w:val="22"/>
        </w:rPr>
        <w:t>]</w:t>
      </w:r>
    </w:p>
    <w:p>
      <w:pPr>
        <w:ind w:left="432"/>
      </w:pPr>
      <w:r>
        <w:rPr>
          <w:sz w:val="22"/>
        </w:rPr>
        <w:t xml:space="preserve">文章的引用: </w:t>
      </w:r>
    </w:p>
    <w:p>
      <w:pPr>
        <w:ind w:left="864"/>
      </w:pPr>
      <w:r>
        <w:t>Gao B, Yang D, Qin Y, Wang Y, Li H, Zhang Y, Zhang T. (2018).  Change in Frozen grounds and Its Effect on Regional Hydrology in the Upper Heihe Basin, on the Northeastern Qinghai-Tibetan Plateau. The Cryosphere. 12(2):657-673</w:t>
        <w:br/>
        <w:br/>
      </w:r>
      <w:r>
        <w:t>Gao, B., Qin, Y., Wang, Y., Yang, D., Zheng Y. (2016). Modeling Ecohydrological Processes and Spatial Patterns in the Upper Heihe Basin in China. Forests, 7(1), DOI:10.3390/f7010010</w:t>
        <w:br/>
        <w:br/>
      </w:r>
    </w:p>
    <w:p>
      <w:r>
        <w:rPr>
          <w:sz w:val="32"/>
        </w:rPr>
        <w:t>7、资助项目信息</w:t>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