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青海省乡村户数、人口及乡村从业人员（1978-2003）</w:t>
      </w:r>
    </w:p>
    <w:p>
      <w:r>
        <w:rPr>
          <w:sz w:val="22"/>
        </w:rPr>
        <w:t>英文标题：Number of rural households, population and rural employees in Qinghai Province (1978-2003)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-2003年青海省乡村户数、人口及乡村从业人员，数据是按年份进行划分的。数据整理自青海省统计局发布的青海省统计年鉴。数据集包含4个数据表，分别为：乡村从业人员1978-2001年.xls，乡村从业人员1978-2002年.xls，乡村户数、人口及乡村从业人员1978-2003.xls，乡村户数、人口及乡村从业人员2004年.xls。数据表结构相同。例如1978-2001年的数据表共有8个字段：</w:t>
        <w:br/>
        <w:t>字段1：年份地区</w:t>
        <w:br/>
        <w:t>字段2：乡村从业人员合计</w:t>
        <w:br/>
        <w:t>字段3：农林牧渔业</w:t>
        <w:br/>
        <w:t>字段4：工业</w:t>
        <w:br/>
        <w:t>字段5：建筑业</w:t>
        <w:br/>
        <w:t>字段6：交通运输业仓储及邮电通讯业</w:t>
        <w:br/>
        <w:t>字段7：批发零售贸易业餐饮业</w:t>
        <w:br/>
        <w:t>字段8：其他非农行业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青海省乡村户数、人口及乡村从业人员（1978-2003）. 时空三极环境大数据平台, </w:t>
      </w:r>
      <w:r>
        <w:t>2021</w:t>
      </w:r>
      <w:r>
        <w:t>.[</w:t>
      </w:r>
      <w:r>
        <w:t xml:space="preserve">Qinghai Provincial Bureau of Statistics. Number of rural households, population and rural employees in Qinghai Province (1978-2003).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