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祁连山综合观测网：黑河流域地表过程综合观测网（混合林站自动气象站-2018）</w:t>
      </w:r>
    </w:p>
    <w:p>
      <w:r>
        <w:rPr>
          <w:sz w:val="22"/>
        </w:rPr>
        <w:t>英文标题：Qilian Mountains integrated observatory network: Dataset of Heihe integrated observatory network (automatic weather station of mixed forest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下游混合林站气象要素观测数据。站点位于内蒙古额济纳旗达来呼布镇四道桥，下垫面是胡杨与柽柳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、160cm、200cm和240cm处，在距离气象塔2m的正南方；土壤水分探头埋设在地下2cm、4cm、10cm、20cm、40cm、60cm、100cm、160cm、200cm和240cm处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、Ts_160cm、Ts_200cm、Ts_240cm）(单位：摄氏度)、土壤水分（Ms_2cm、Ms_4cm、Ms_10cm、Ms_20cm、Ms_40cm、Ms_60cm、Ms_100cm、Ms_160cm、Ms_200cm、Ms_240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 由于采集器内部电池供电不足，导致1月6日至9日，11月10日至12月14日间数据间断出现一些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2018-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黑河流域下游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2018-07-17 08:00:00+00:00</w:t>
      </w:r>
      <w:r>
        <w:rPr>
          <w:sz w:val="22"/>
        </w:rPr>
        <w:t>--</w:t>
      </w:r>
      <w:r>
        <w:rPr>
          <w:sz w:val="22"/>
        </w:rPr>
        <w:t>2019-07-16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祁连山综合观测网：黑河流域地表过程综合观测网（混合林站自动气象站-2018）. 时空三极环境大数据平台, DOI:10.11888/Meteoro.tpdc.270771, CSTR:18406.11.Meteoro.tpdc.270771, </w:t>
      </w:r>
      <w:r>
        <w:t>2019</w:t>
      </w:r>
      <w:r>
        <w:t>.[</w:t>
      </w:r>
      <w:r>
        <w:t xml:space="preserve">TAN  Junlei, XU Ziwei, LI Xin, CHE Tao, LIU Shaomin, REN Zhiguo. Qilian Mountains integrated observatory network: Dataset of Heihe integrated observatory network (automatic weather station of mixed forest station, 2018). A Big Earth Data Platform for Three Poles, DOI:10.11888/Meteoro.tpdc.270771, CSTR:18406.11.Meteoro.tpdc.270771,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