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中国地区被动微波SMMR亮度温度数据集（1978-1987）</w:t>
      </w:r>
    </w:p>
    <w:p>
      <w:r>
        <w:rPr>
          <w:sz w:val="22"/>
        </w:rPr>
        <w:t>英文标题：Dataset of passive microwave SMMR brightness temperature in China (1978-1987)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本数据集主要包含Nimbus-7卫星携带的扫描式多通道微波辐射计（SMMR：Scanning Multichannel Microwave Radiometer）获得的被动微波亮度温度，包含1978年10月25日-1987年8月20日的06H、06V、10H、10V、18H、18V、21H、21V、37H、37V共十个微波通道的每天两次过境（升轨&amp;降轨）亮度温度，其中H代表水平极化，V代表垂直极化。</w:t>
        <w:br/>
        <w:t>1978年10月发射的Nimbus-7为太阳同步极轨卫星，搭载的微波传感器SMMR，是一台测量地表五个频率（6.6GHz，10.69GHz，18.0GHz，21.0GHz，37.0GHz）微波亮温的双极化微波辐射计。它以约50.3°固定入射角扫描地表，幅宽780km，并在正午12：00（升轨）与午夜24：00（降轨）通过赤道。SMMR时间分辨率为每日，但由于swath间距离较宽，大概每隔5-6天才会重访同一地表。</w:t>
        <w:br/>
        <w:t>1、文件格式和命名：</w:t>
        <w:br/>
        <w:t>每组数据均由遥感数据文件构成。</w:t>
        <w:br/>
        <w:t xml:space="preserve">SMMR_Grid_China目录下的每组数据文件名及命名规则如下： </w:t>
        <w:br/>
        <w:t>SMMR-MLyyyydddA/D.subset.ccH/V（遥感数据）</w:t>
        <w:br/>
        <w:t>其中：SMMR代表SMMR传感器；ML代表多通道低分辨率；yyyy代表年份；ddd代表该年的儒略日（1-365/366）；A/D分别代表升轨（A）和降轨（D）；subset表示中国地区的亮温数据；cc代表频率（6.6GHz，10.69GHz，18.0GHz，21.0GHz，37.0GHz）；H/V分别代表水平极化（H）和垂直极化（V）。</w:t>
        <w:br/>
        <w:t>2、坐标系及投影：</w:t>
        <w:br/>
        <w:t>投影方式为等积割圆柱投影，双标准纬线为南北纬30度。有关EASE-GRID的相关详细信息，请参考http://www.ncgia.ucsb.edu/globalgrids-book/ease_grid/。</w:t>
        <w:br/>
        <w:t>如果需要将EASE-Grid投影方式转换成Geographic投影方式，请参照ease2geo.prj文件，内容如下：</w:t>
        <w:br/>
        <w:t>Input</w:t>
        <w:br/>
        <w:t>projection cylindrical</w:t>
        <w:br/>
        <w:t>units meters</w:t>
        <w:br/>
        <w:t>parameters 6371228 6371228</w:t>
        <w:br/>
        <w:t>1 /* Enter projection type (1, 2, or 3)</w:t>
        <w:br/>
        <w:t>0 00 00 /* Longitude of central meridian</w:t>
        <w:br/>
        <w:t>30 00 00 /* Latitude of standard parallel</w:t>
        <w:br/>
        <w:t>Output</w:t>
        <w:br/>
        <w:t>Projection GEOGRAPHIC</w:t>
        <w:br/>
        <w:t>Spheroid KRASovsky</w:t>
        <w:br/>
        <w:t>Units dd</w:t>
        <w:br/>
        <w:t>parameters</w:t>
        <w:br/>
        <w:t>end</w:t>
        <w:br/>
        <w:t>3、数据格式：</w:t>
        <w:br/>
        <w:t>以整数形二进制存储，每个数据占2个字节。本数据集中实际存储的数据为亮温*10，读出数据后需除以10得到真实亮温。</w:t>
        <w:br/>
        <w:t>空间分辨率：25km；</w:t>
        <w:br/>
        <w:t>时间分辨率：逐日，从1978年至1987年。</w:t>
        <w:br/>
        <w:t xml:space="preserve">4、空间范围： </w:t>
        <w:br/>
        <w:t>经度：60.1°-140.0°东经；</w:t>
        <w:br/>
        <w:t>纬度：14.9°-55.0°北纬。</w:t>
        <w:br/>
        <w:t>5、数据读取</w:t>
        <w:br/>
        <w:t>每一组数据的遥感影像数据文件可以在ENVI和ERDAS软件中打开。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1978-1987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3.文件大小：2964.38MB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南：14.9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1978-11-04 06:00:00+00:00</w:t>
      </w:r>
      <w:r>
        <w:rPr>
          <w:sz w:val="22"/>
        </w:rPr>
        <w:t>--</w:t>
      </w:r>
      <w:r>
        <w:rPr>
          <w:sz w:val="22"/>
        </w:rPr>
        <w:t>1987-08-31 10:00:00+00:00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NSIDC. 中国地区被动微波SMMR亮度温度数据集（1978-1987）. 时空三极环境大数据平台, </w:t>
      </w:r>
      <w:r>
        <w:t>2016</w:t>
      </w:r>
      <w:r>
        <w:t>.[</w:t>
      </w:r>
      <w:r>
        <w:t xml:space="preserve">NSIDC. Dataset of passive microwave SMMR brightness temperature in China (1978-1987).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Knowles, K.W., Eni Njoku, R.L. Armstrong, and M.J. Brodzik. 2002. Nimbus-7 SMMR Pathfinder Daily EASE-Grid Brightness Temperatures. Boulder, Colorado USA: National Snow and Ice Data Center. Digital media.`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NSIDC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braup@nsidc.org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