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西藏自治区进出口贸易信息（1953-2016）</w:t>
      </w:r>
    </w:p>
    <w:p>
      <w:r>
        <w:rPr>
          <w:sz w:val="22"/>
        </w:rPr>
        <w:t>英文标题：Import and export trade data for the Tibetan Autonomous Region (1953-2016)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该数据集包含了西藏自治区1953-2016年进出口贸易序列数据，分人民币计数和美元计数。数据整理自统计年鉴：《西藏社会经济统计年鉴》和《西藏统计年鉴》，精度同数据所摘取的统计年鉴。</w:t>
        <w:br/>
        <w:br/>
        <w:t>数据表共有7个字段</w:t>
        <w:br/>
        <w:t>字段1：年份</w:t>
        <w:br/>
        <w:t>字段2：进出口总额（万元）</w:t>
        <w:br/>
        <w:t>字段3：出口总额（万元）</w:t>
        <w:br/>
        <w:t>字段4：进口总额（万元）</w:t>
        <w:br/>
        <w:t>字段5：进出口总额（万美元）</w:t>
        <w:br/>
        <w:t>字段6：出口总额（万美元）</w:t>
        <w:br/>
        <w:t>字段7：进口总额（万美元）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进口总额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出口总额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1953-01-06 08:00:00+00:00</w:t>
      </w:r>
      <w:r>
        <w:rPr>
          <w:sz w:val="22"/>
        </w:rPr>
        <w:t>--</w:t>
      </w:r>
      <w:r>
        <w:rPr>
          <w:sz w:val="22"/>
        </w:rPr>
        <w:t>2017-01-05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西藏自治区进出口贸易信息（1953-2016）. 时空三极环境大数据平台, </w:t>
      </w:r>
      <w:r>
        <w:t>2018</w:t>
      </w:r>
      <w:r>
        <w:t>.[</w:t>
      </w:r>
      <w:r>
        <w:t xml:space="preserve">National Bureau of Statistics. Import and export trade data for the Tibetan Autonomous Region (1953-2016).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