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中国西部Landsat TM遥感数据集（80年代）</w:t>
      </w:r>
    </w:p>
    <w:p>
      <w:r>
        <w:rPr>
          <w:sz w:val="22"/>
        </w:rPr>
        <w:t>英文标题：Landsat TM remote sensing dataset over Western China (1980‘s)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本数据集覆盖中国西部，为八十年代左右，TM遥感影像</w:t>
        <w:br/>
        <w:t>数据属性：</w:t>
        <w:br/>
        <w:t>Pixel Size:30-meter reflective: Bands 1-5 and 7</w:t>
        <w:br/>
        <w:t xml:space="preserve">               60-meter thermal: Band 6</w:t>
        <w:br/>
        <w:t xml:space="preserve">               Output Format:GeoTIFF</w:t>
        <w:br/>
        <w:t xml:space="preserve">               Resampling method:cubic convolution (CC)</w:t>
        <w:br/>
        <w:t xml:space="preserve">               Map Projection:UTM – WGS 84</w:t>
        <w:br/>
        <w:t>Polar Stereographic for the continent of Antarctica.</w:t>
        <w:br/>
        <w:t xml:space="preserve">               Image Orientation:Map (North Up)</w:t>
        <w:br/>
        <w:t>数据部分下载自USGShttp://eros.usgs.gov/网站，部分从各个项目收集而来。</w:t>
        <w:br/>
        <w:t>数据文件夹命名为影像所在的行列号，文件夹内包括TM7个波段的影像(*.tif)，头文件(*.met,*.hdr)和缩略图(jpg)。影像文件命名格式为行列号_TM影像标志（5t），影像获取时间_波段号。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地球资源卫星</w:t>
      </w:r>
      <w:r>
        <w:t>,</w:t>
      </w:r>
      <w:r>
        <w:rPr>
          <w:sz w:val="22"/>
        </w:rPr>
        <w:t>TM遥感影像</w:t>
      </w:r>
      <w:r>
        <w:t>,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80年代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3.文件大小：103468.0MB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EROS DATA CENTER. 中国西部Landsat TM遥感数据集（80年代）. 时空三极环境大数据平台, </w:t>
      </w:r>
      <w:r>
        <w:t>2010</w:t>
      </w:r>
      <w:r>
        <w:t>.[</w:t>
      </w:r>
      <w:r>
        <w:t xml:space="preserve">EROS  DATA CENTER. Landsat TM remote sensing dataset over Western China (1980‘s). A Big Earth Data Platform for Three Poles,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U.S.Geological Survey,Thematic Mapper(Landsat 4-5),Sioux Falls, South Dakota,USA,U.S.Geological Survey,1982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EROS DATA CENTER</w:t>
        <w:br/>
      </w:r>
      <w:r>
        <w:rPr>
          <w:sz w:val="22"/>
        </w:rPr>
        <w:t xml:space="preserve">单位: </w:t>
      </w:r>
      <w:r>
        <w:rPr>
          <w:sz w:val="22"/>
        </w:rPr>
        <w:t>U.S. Geological Survey</w:t>
        <w:br/>
      </w:r>
      <w:r>
        <w:rPr>
          <w:sz w:val="22"/>
        </w:rPr>
        <w:t xml:space="preserve">电子邮件: </w:t>
      </w:r>
      <w:r>
        <w:rPr>
          <w:sz w:val="22"/>
        </w:rPr>
        <w:t>custserv at 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