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黑河生态水文遥感试验：水文气象观测网数据集（阿柔阴坡站自动气象站-2014）</w:t>
      </w:r>
    </w:p>
    <w:p>
      <w:r>
        <w:rPr>
          <w:sz w:val="22"/>
        </w:rPr>
        <w:t>英文标题：HiWATER: Dataset of hydrometeorological observation network (automatic weather station of A’rou shady slope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该数据集包含了2014年1月1日至2014年12月31日黑河水文气象观测网上游阿柔阴坡站气象要素观测数据。站点位于青海省祁连县阿柔乡南侧阴坡，下垫面是高寒草地。观测点的经纬度是100.4108E, 37.9841N，海拔3536m。空气温度、相对湿度传感器架设在5m处，朝向正北；气压计安装在地面上的防撬箱内；翻斗式雨量计安装在10m处；风速与风向传感器架设在10m，朝向正北；四分量辐射仪安装在6m处，朝向正南；两个红外地表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空气温度在2014.6.24-6.28和2014.7.1-8.24之间由于传感器的问题，数据缺失；地表辐射温度在2014.6.24-7.4之间由于传感器的问题，数据缺失；土壤温度在2014.6.24-7.1之间由于采集器扩展板的问题，数据缺失；由于供电系统出现问题，在2014.12.3-12.31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阿柔阴坡站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3.文件大小：4.99MB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北：37.9841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南：37.9841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2014-01-13 00:00:00+00:00</w:t>
      </w:r>
      <w:r>
        <w:rPr>
          <w:sz w:val="22"/>
        </w:rPr>
        <w:t>--</w:t>
      </w:r>
      <w:r>
        <w:rPr>
          <w:sz w:val="22"/>
        </w:rPr>
        <w:t>2015-01-12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黑河生态水文遥感试验：水文气象观测网数据集（阿柔阴坡站自动气象站-2014）. 时空三极环境大数据平台, DOI:10.3972/hiwater.250.2015.db, CSTR:18406.11.hiwater.250.2015.db,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A’rou shady slope station, 2014). A Big Earth Data Platform for Three Poles, DOI:10.3972/hiwater.250.2015.db, CSTR:18406.11.hiwater.250.2015.db,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