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黑河综合遥感联合试验：张掖-盈科-花寨子飞行区机载WiDAS数据集（2008年7月7日）</w:t>
      </w:r>
    </w:p>
    <w:p>
      <w:r>
        <w:rPr>
          <w:sz w:val="22"/>
        </w:rPr>
        <w:t>英文标题：WATER: Dataset of airborne WiDAS mission in the Zhangye-Yingke-Huazhaizi flight zone on Jul. 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本数据集为机载WiDAS传感器于2008年07月07日获取，地点在张掖-盈科-花寨子飞行区。</w:t>
        <w:br/>
        <w:t>原始数据经过几何校正、辐射定标和大气校正后发布，面向普通用户的数据产品为Level-2C产品（经过几何校正、辐射定标和大气校正），以及Level-1B（波段间配准）快视图和Level-2B（波段间配准）快视图。</w:t>
        <w:br/>
        <w:t>原始数据（Level-1A数据）和数据处理参数存档，需提交申请并通过审批后才能获得。数据处理时间为2008年8月-2009年4月，完成时间为2009年4月，2009年11月做了一次CCD相机辐射定标的订正。</w:t>
        <w:br/>
        <w:t>本数据集的原始数据包括11条航线，其中“3#9”航线数据获取不完整，重飞为“3#9a”。</w:t>
        <w:br/>
        <w:t>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3#15 || 约1500米 || 11:00:55 || 11:09:55  ||133 || 完整，已处理 || 好</w:t>
        <w:tab/>
        <w:br/>
        <w:t>|-</w:t>
        <w:br/>
        <w:t>| 2 || 3#13 || 约1500米 || 11:14:40 || 11:23:45  || 136 || 完整，已处理 || 好</w:t>
        <w:br/>
        <w:t>|-</w:t>
        <w:br/>
        <w:t>| 3 || 3#11 || 约1500米 || 11:27:35 || 11:36:45  || 137 || 完整，已处理 || 好 || 度假村，  盈科气象站玉米地，盈科小麦样方</w:t>
        <w:br/>
        <w:t>|-</w:t>
        <w:br/>
        <w:t>| 4 || 3#9 || 约1500米 || 11:40:55 || 11:50:20 || 137 || 原始数据不完整，未处理 || 部分数据缺失或缺少波段 || 湿地公园，张掖市区，盈科气象站玉米地，盈科小麦样方，花寨子荒漠玉米样方</w:t>
        <w:br/>
        <w:t>|-</w:t>
        <w:br/>
        <w:t>| 5 || 3#9a || 约1500米 || 11:53:25 || 12:02:40  || 142 || 完整，已处理 || 好 || 湿地公园，张掖市区，盈科气象站玉米地，盈科小麦样方，花寨子荒漠玉米样方</w:t>
        <w:br/>
        <w:t>|-</w:t>
        <w:br/>
        <w:t>| 6 || 3#7 || 约1500米 || 12:07:10 || 12:16:35 || 119 || 完整，已处理 || 好</w:t>
        <w:br/>
        <w:t xml:space="preserve">|-   </w:t>
        <w:br/>
        <w:t>| 7 || 3#5 || 约1500米 || 12:19:05 || 12:28:15 || 137 || 完整，已处理 || 好 || 花寨子荒漠样方1</w:t>
        <w:br/>
        <w:t xml:space="preserve">|- </w:t>
        <w:br/>
        <w:t>| 8 || 3#3 || 约1500米 || 12:32:35 || 12:41:50 || 115 || 完整，已处理 || 好 || 花寨子荒漠样方2</w:t>
        <w:br/>
        <w:t xml:space="preserve">|- </w:t>
        <w:br/>
        <w:t xml:space="preserve">| 9 || 3#1 || 约1500米 || 12:45:25 || 12:54:40 || 139 || 完整，已处理 || 好 </w:t>
        <w:br/>
        <w:t xml:space="preserve">|-   </w:t>
        <w:br/>
        <w:t xml:space="preserve">| 10 || 3#z1 || 约1500米 || 13:03:55 || 13:08:00  || 61 || 完整，已处理 || 好 </w:t>
        <w:br/>
        <w:t xml:space="preserve">|-   </w:t>
        <w:br/>
        <w:t>| 11 || 3#z2 || 约1500米 || 13:10:50 || 13:14:45  || 59 || 完整，已处理好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2008-07-07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3.文件大小：46834.5MB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2009-01-14 18:43:00+00:00</w:t>
      </w:r>
      <w:r>
        <w:rPr>
          <w:sz w:val="22"/>
        </w:rPr>
        <w:t>--</w:t>
      </w:r>
      <w:r>
        <w:rPr>
          <w:sz w:val="22"/>
        </w:rPr>
        <w:t>2009-01-14 23:33:00+00:00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黑河综合遥感联合试验：张掖-盈科-花寨子飞行区机载WiDAS数据集（2008年7月7日）. 时空三极环境大数据平台, DOI:10.3972/water973.0202.db, CSTR:18406.11.water973.0202.db, </w:t>
      </w:r>
      <w:r>
        <w:t>2011</w:t>
      </w:r>
      <w:r>
        <w:t>.[</w:t>
      </w:r>
      <w:r>
        <w:t xml:space="preserve">WATER: Dataset of airborne WiDAS mission in the Zhangye-Yingke-Huazhaizi flight zone on Jul. 7, 2008. A Big Earth Data Platform for Three Poles, DOI:10.3972/water973.0202.db, CSTR:18406.11.water973.0202.db,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