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青海省平均每天主要社会经济活动（1978-2020）</w:t>
      </w:r>
    </w:p>
    <w:p>
      <w:r>
        <w:rPr>
          <w:sz w:val="22"/>
        </w:rPr>
        <w:t>英文标题：Daily main social and economic activities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平均每天主要社会经济活动，数据按第一产业、第二产业、第三产业、财政收入、财政支出、粮食、油料、肉类、牛奶、羊毛、原煤、发电量、原油、钢材、原盐、水泥、每天消费量、每天其他经济活动、每天人口变动和婚姻划分的。数据整理自青海省统计局发布的青海省统计年鉴。数据集包含23个数据表，分别为:</w:t>
        <w:br/>
        <w:t>青海省主要年份农业总产值构成及环比指数（按可比价格计算）（1952-2020）1.xls</w:t>
        <w:br/>
        <w:t>青海省主要年份农业总产值构成及环比指数（按可比价格计算）（1952-2020）.xls</w:t>
        <w:br/>
        <w:t>主要年份平均每天主要社会经济活动1978-2010年.xls</w:t>
        <w:br/>
        <w:t>主要年份平均每天主要社会经济活动1985-2006年.xls</w:t>
        <w:br/>
        <w:t>主要年份平均每天主要社会经济活动1990-2004年.xls</w:t>
        <w:br/>
        <w:t>主要年份平均每天主要社会经济活动1990-2007年.xls</w:t>
        <w:br/>
        <w:t>主要年份平均每天主要社会经济活动1990-2008年.xls</w:t>
        <w:br/>
        <w:t>主要年份平均每天主要社会经济活动1990-2009年.xls</w:t>
        <w:br/>
        <w:t>主要年份平均每天主要社会经济活动1990年-2005年.xls</w:t>
        <w:br/>
        <w:t>主要年份平均每天主要社会经济活动1995-2011年.xls</w:t>
        <w:br/>
        <w:t>主要年份平均每天主要社会经济活动2000-2013年.xls</w:t>
        <w:br/>
        <w:t>主要年份平均每天主要社会经济活动2000-2014年.xls</w:t>
        <w:br/>
        <w:t>主要年份平均每天主要社会经济活动2000-2015年.xls</w:t>
        <w:br/>
        <w:t>主要年份平均每天主要社会经济活动2000-2016年.xls</w:t>
        <w:br/>
        <w:t>主要年份平均每天主要社会经济活动2000-2017年.xls</w:t>
        <w:br/>
        <w:t>主要年份平均每天主要社会经济活动2000-2018年.xls</w:t>
        <w:br/>
        <w:t>主要年份平均每天主要社会经济活动2000-2012年.xls</w:t>
        <w:br/>
        <w:t>平均每天主要社会经济活动1985-1998年.xls</w:t>
        <w:br/>
        <w:t>平均每天主要社会经济活动1985-1999年.xls</w:t>
        <w:br/>
        <w:t>平均每天主要社会经济活动1985-2000年.xls</w:t>
        <w:br/>
        <w:t>平均每天主要社会经济活动1985-2001年.xls</w:t>
        <w:br/>
        <w:t>平均每天主要社会经济活动1990-2002年.xls</w:t>
        <w:br/>
        <w:t>平均每天主要社会经济活动1990-2003.xls。数据表结构相似。例如平均每天主要社会经济活动1990-2007年数据表共有7个字段：</w:t>
        <w:br/>
        <w:t>字段1：指标</w:t>
        <w:br/>
        <w:t>字段2：1990</w:t>
        <w:br/>
        <w:t>字段3：1995</w:t>
        <w:br/>
        <w:t>字段4：2000</w:t>
        <w:br/>
        <w:t>字段5：2005</w:t>
        <w:br/>
        <w:t>字段6：2006</w:t>
        <w:br/>
        <w:t>字段7：2007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社会经济活动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青海省平均每天主要社会经济活动（1978-2020）. 时空三极环境大数据平台, </w:t>
      </w:r>
      <w:r>
        <w:t>2021</w:t>
      </w:r>
      <w:r>
        <w:t>.[</w:t>
      </w:r>
      <w:r>
        <w:t xml:space="preserve">Qinghai Provincial Bureau of Statistics. Daily main social and economic activities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