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青海省农村居民家庭基本情况（1985-2013）</w:t>
      </w:r>
    </w:p>
    <w:p>
      <w:r>
        <w:rPr>
          <w:sz w:val="22"/>
        </w:rPr>
        <w:t>英文标题：Basic situation of rural households in Qinghai Province (1985-2013)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该数据集记录了青海省农村居民家庭基本情况1985-2013年的统计数据，数据按行业、区域、隶属关系和注册类型等划分的。数据整理自青海省统计局发布的青海省统计年鉴。数据集包含12个数据表，分别为：</w:t>
        <w:br/>
        <w:t>主要年份农村居民家庭基本情况1985-2004年.xls</w:t>
        <w:br/>
        <w:t>主要年份农村居民家庭基本情况1985-2006.xls</w:t>
        <w:br/>
        <w:t>主要年份农村居民家庭基本情况1985-2008年.xls</w:t>
        <w:br/>
        <w:t>主要年份农村居民家庭基本情况1985-2009.xls</w:t>
        <w:br/>
        <w:t>主要年份农村居民家庭基本情况1990-2010年.xls</w:t>
        <w:br/>
        <w:t>主要年份农村居民家庭基本情况1990年-2005.xls</w:t>
        <w:br/>
        <w:t>主要年份农村居民家庭基本情况1995-2011.xls</w:t>
        <w:br/>
        <w:t>主要年份农村居民家庭基本情况2000-2013年.xls</w:t>
        <w:br/>
        <w:t>主要年份农村居民家庭基本情况2000-2012年.xls</w:t>
        <w:br/>
        <w:t>农村居民家庭基本情况1985-2001年.xls</w:t>
        <w:br/>
        <w:t>农村居民家庭基本情况1985-2002年.xls</w:t>
        <w:br/>
        <w:t xml:space="preserve">农村居民家庭基本情况1985-2003.xls  </w:t>
        <w:br/>
        <w:t>数据表结构相同。例如农村居民家庭基本情况1985-2001年数据表共有10个字段：</w:t>
        <w:br/>
        <w:t>字段1：项目</w:t>
        <w:br/>
        <w:t>字段2：1985</w:t>
        <w:br/>
        <w:t>字段3：1990</w:t>
        <w:br/>
        <w:t>字段4：1995</w:t>
        <w:br/>
        <w:t>字段5：1996</w:t>
        <w:br/>
        <w:t xml:space="preserve">字段6：1997 </w:t>
        <w:br/>
        <w:t>字段7：1998</w:t>
        <w:br/>
        <w:t>字段8：1999</w:t>
        <w:br/>
        <w:t>字段9：2000</w:t>
        <w:br/>
        <w:t>字段10：2001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总人口</w:t>
      </w:r>
      <w:r>
        <w:t>,</w:t>
      </w:r>
      <w:r>
        <w:rPr>
          <w:sz w:val="22"/>
        </w:rPr>
        <w:t>户数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3.文件大小：0.141MB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2013-12-30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青海省农村居民家庭基本情况（1985-2013）. 时空三极环境大数据平台, </w:t>
      </w:r>
      <w:r>
        <w:t>2021</w:t>
      </w:r>
      <w:r>
        <w:t>.[</w:t>
      </w:r>
      <w:r>
        <w:t xml:space="preserve">Qinghai Provincial Bureau of Statistics. Basic situation of rural households in Qinghai Province (1985-2013).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