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青海省主要年份农村基层组织及从业人员（1978-2020）</w:t>
      </w:r>
    </w:p>
    <w:p>
      <w:r>
        <w:rPr>
          <w:sz w:val="22"/>
        </w:rPr>
        <w:t>英文标题：Main years of rural grassroots organizations and employees in Qinghai Province (1978-2020)</w:t>
      </w:r>
    </w:p>
    <w:p>
      <w:r>
        <w:rPr>
          <w:sz w:val="32"/>
        </w:rPr>
        <w:t>1、摘要</w:t>
      </w:r>
    </w:p>
    <w:p>
      <w:pPr>
        <w:ind w:firstLine="432"/>
      </w:pPr>
      <w:r>
        <w:rPr>
          <w:sz w:val="22"/>
        </w:rPr>
        <w:t>该数据集记录了青海省主要年份农村基层组织及从业人员的统计数据，数据是按年份和西宁市、海东地区、海北州、黄南州、海南州、玉树州、果洛州、海西州等地区进行划分的。数据整理自青海省统计局发布的青海省统计年鉴。数据集包含16个数据表，各数据表结构相同。例如2018年的数据表共有7个字段：</w:t>
        <w:br/>
        <w:t>字段1：年份</w:t>
        <w:br/>
        <w:t>字段2：地区</w:t>
        <w:br/>
        <w:t>字段3：乡镇数</w:t>
        <w:br/>
        <w:t>字段4：乡村户数</w:t>
        <w:br/>
        <w:t>字段5：乡村人口数</w:t>
        <w:br/>
        <w:t>字段6：乡村从业人员</w:t>
        <w:br/>
        <w:t>字段7：男女性别</w:t>
      </w:r>
    </w:p>
    <w:p>
      <w:r>
        <w:rPr>
          <w:sz w:val="32"/>
        </w:rPr>
        <w:t>2、关键词</w:t>
      </w:r>
    </w:p>
    <w:p>
      <w:pPr>
        <w:ind w:left="432"/>
      </w:pPr>
      <w:r>
        <w:rPr>
          <w:sz w:val="22"/>
        </w:rPr>
        <w:t>主题关键词：</w:t>
      </w:r>
      <w:r>
        <w:rPr>
          <w:sz w:val="22"/>
        </w:rPr>
        <w:t>就业人口</w:t>
      </w:r>
      <w:r>
        <w:t>,</w:t>
      </w:r>
      <w:r>
        <w:rPr>
          <w:sz w:val="22"/>
        </w:rPr>
        <w:t>社会经济</w:t>
      </w:r>
      <w:r>
        <w:t>,</w:t>
      </w:r>
      <w:r>
        <w:rPr>
          <w:sz w:val="22"/>
        </w:rPr>
        <w:t>农村基层组织</w:t>
      </w:r>
      <w:r>
        <w:t>,</w:t>
      </w:r>
      <w:r>
        <w:rPr>
          <w:sz w:val="22"/>
        </w:rPr>
        <w:t>组织机构</w:t>
        <w:br/>
      </w:r>
      <w:r>
        <w:rPr>
          <w:sz w:val="22"/>
        </w:rPr>
        <w:t>学科关键词：</w:t>
      </w:r>
      <w:r>
        <w:rPr>
          <w:sz w:val="22"/>
        </w:rPr>
        <w:t>人地关系</w:t>
        <w:br/>
      </w:r>
      <w:r>
        <w:rPr>
          <w:sz w:val="22"/>
        </w:rPr>
        <w:t>地点关键词：</w:t>
      </w:r>
      <w:r>
        <w:rPr>
          <w:sz w:val="22"/>
        </w:rPr>
        <w:t>青海</w:t>
        <w:br/>
      </w:r>
      <w:r>
        <w:rPr>
          <w:sz w:val="22"/>
        </w:rPr>
        <w:t>时间关键词：</w:t>
      </w:r>
      <w:r>
        <w:rPr>
          <w:sz w:val="22"/>
        </w:rPr>
        <w:t>1978-2020</w:t>
      </w:r>
    </w:p>
    <w:p>
      <w:r>
        <w:rPr>
          <w:sz w:val="32"/>
        </w:rPr>
        <w:t>3、数据细节</w:t>
      </w:r>
    </w:p>
    <w:p>
      <w:pPr>
        <w:ind w:left="432"/>
      </w:pPr>
      <w:r>
        <w:rPr>
          <w:sz w:val="22"/>
        </w:rPr>
        <w:t>1.比例尺：None</w:t>
      </w:r>
    </w:p>
    <w:p>
      <w:pPr>
        <w:ind w:left="432"/>
      </w:pPr>
      <w:r>
        <w:rPr>
          <w:sz w:val="22"/>
        </w:rPr>
        <w:t>2.投影：</w:t>
      </w:r>
    </w:p>
    <w:p>
      <w:pPr>
        <w:ind w:left="432"/>
      </w:pPr>
      <w:r>
        <w:rPr>
          <w:sz w:val="22"/>
        </w:rPr>
        <w:t>3.文件大小：0.277MB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1977-12-31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青海省统计局. 青海省主要年份农村基层组织及从业人员（1978-2020）. 时空三极环境大数据平台, </w:t>
      </w:r>
      <w:r>
        <w:t>2021</w:t>
      </w:r>
      <w:r>
        <w:t>.[</w:t>
      </w:r>
      <w:r>
        <w:t xml:space="preserve">Qinghai Provincial Bureau of Statistics. Main years of rural grassroots organizations and employees in Qinghai Province (1978-2020). A Big Earth Data Platform for Three Poles,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