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拉昂错测深数据（2017）</w:t>
      </w:r>
    </w:p>
    <w:p>
      <w:r>
        <w:rPr>
          <w:sz w:val="22"/>
        </w:rPr>
        <w:t>英文标题：Bathymetric data of Laangcuo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该数据集是2017年河湖源考察期间拉昂错的深度测量数据，可用于制作湖泊等深线图，用于湖泊水量估算以及流域内水量平衡研究。</w:t>
        <w:br/>
        <w:t>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拉昂错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2017-09-13 08:00:00+00:00</w:t>
      </w:r>
      <w:r>
        <w:rPr>
          <w:sz w:val="22"/>
        </w:rPr>
        <w:t>--</w:t>
      </w:r>
      <w:r>
        <w:rPr>
          <w:sz w:val="22"/>
        </w:rPr>
        <w:t>2017-09-14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拉昂错测深数据（2017）. 时空三极环境大数据平台, DOI:10.11888/Hydro.tpdc.270018, CSTR:18406.11.Hydro.tpdc.270018, </w:t>
      </w:r>
      <w:r>
        <w:t>2018</w:t>
      </w:r>
      <w:r>
        <w:t>.[</w:t>
      </w:r>
      <w:r>
        <w:t xml:space="preserve">WANG Junbo. Bathymetric data of Laangcuo Lake (2017). A Big Earth Data Platform for Three Poles, DOI:10.11888/Hydro.tpdc.270018, CSTR:18406.11.Hydro.tpdc.270018,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