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新型抗滑桩桩顶位移（2022）</w:t>
      </w:r>
    </w:p>
    <w:p>
      <w:r>
        <w:rPr>
          <w:sz w:val="22"/>
        </w:rPr>
        <w:t>英文标题：Displacement of pile top of new anti slide pile (2022)</w:t>
      </w:r>
    </w:p>
    <w:p>
      <w:r>
        <w:rPr>
          <w:sz w:val="32"/>
        </w:rPr>
        <w:t>1、摘要</w:t>
      </w:r>
    </w:p>
    <w:p>
      <w:pPr>
        <w:ind w:firstLine="432"/>
      </w:pPr>
      <w:r>
        <w:rPr>
          <w:sz w:val="22"/>
        </w:rPr>
        <w:t>1）新型抗滑桩桩顶位移数据内容包括四组抗滑桩（钢筋抗滑桩、预应力度分别为0.3、0.6和0.9的部分预应力钢绞线抗滑桩）在模型试验中的后缘推力荷载作用下的桩顶位移；2）数据的来源：以白果树沟村庙垭移民安置点滑坡为参考地质原型，采用1:10的几何相似比重建简化的滑坡-抗滑桩体系物理模型，并进行桩土相互作用的模型试验从而获得的数据；３）数据可以为新型预应力钢绞线抗滑桩的现场应用提供相应的理论研究基础。</w:t>
      </w:r>
    </w:p>
    <w:p>
      <w:r>
        <w:rPr>
          <w:sz w:val="32"/>
        </w:rPr>
        <w:t>2、关键词</w:t>
      </w:r>
    </w:p>
    <w:p>
      <w:pPr>
        <w:ind w:left="432"/>
      </w:pPr>
      <w:r>
        <w:rPr>
          <w:sz w:val="22"/>
        </w:rPr>
        <w:t>主题关键词：</w:t>
      </w:r>
      <w:r>
        <w:rPr>
          <w:sz w:val="22"/>
        </w:rPr>
        <w:t>其他数据</w:t>
        <w:br/>
      </w:r>
      <w:r>
        <w:rPr>
          <w:sz w:val="22"/>
        </w:rPr>
        <w:t>学科关键词：</w:t>
      </w:r>
      <w:r>
        <w:rPr>
          <w:sz w:val="22"/>
        </w:rPr>
        <w:t>陆地表层</w:t>
      </w:r>
      <w:r>
        <w:t>,</w:t>
      </w:r>
      <w:r>
        <w:rPr>
          <w:sz w:val="22"/>
        </w:rPr>
        <w:t>其他</w:t>
        <w:br/>
      </w:r>
      <w:r>
        <w:rPr>
          <w:sz w:val="22"/>
        </w:rPr>
        <w:t>地点关键词：</w:t>
      </w:r>
      <w:r>
        <w:rPr>
          <w:sz w:val="22"/>
        </w:rPr>
        <w:t>武汉模型试验</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3.文件大小：0.0156MB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北：29.58</w:t>
            </w:r>
          </w:p>
        </w:tc>
        <w:tc>
          <w:tcPr>
            <w:tcW w:type="dxa" w:w="2880"/>
          </w:tcPr>
          <w:p>
            <w:r>
              <w:t>-</w:t>
            </w:r>
          </w:p>
        </w:tc>
      </w:tr>
      <w:tr>
        <w:tc>
          <w:tcPr>
            <w:tcW w:type="dxa" w:w="2880"/>
          </w:tcPr>
          <w:p>
            <w:r>
              <w:t>西：113.41</w:t>
            </w:r>
          </w:p>
        </w:tc>
        <w:tc>
          <w:tcPr>
            <w:tcW w:type="dxa" w:w="2880"/>
          </w:tcPr>
          <w:p>
            <w:r>
              <w:t>-</w:t>
            </w:r>
          </w:p>
        </w:tc>
        <w:tc>
          <w:tcPr>
            <w:tcW w:type="dxa" w:w="2880"/>
          </w:tcPr>
          <w:p>
            <w:r>
              <w:t>东：115.05</w:t>
            </w:r>
          </w:p>
        </w:tc>
      </w:tr>
      <w:tr>
        <w:tc>
          <w:tcPr>
            <w:tcW w:type="dxa" w:w="2880"/>
          </w:tcPr>
          <w:p>
            <w:r>
              <w:t>-</w:t>
            </w:r>
          </w:p>
        </w:tc>
        <w:tc>
          <w:tcPr>
            <w:tcW w:type="dxa" w:w="2880"/>
          </w:tcPr>
          <w:p>
            <w:r>
              <w:t>南：31.22</w:t>
            </w:r>
          </w:p>
        </w:tc>
        <w:tc>
          <w:tcPr>
            <w:tcW w:type="dxa" w:w="2880"/>
          </w:tcPr>
          <w:p>
            <w:r>
              <w:t>-</w:t>
            </w:r>
          </w:p>
        </w:tc>
      </w:tr>
    </w:tbl>
    <w:p>
      <w:r>
        <w:rPr>
          <w:sz w:val="32"/>
        </w:rPr>
        <w:t>5、时间范围</w:t>
      </w:r>
      <w:r>
        <w:rPr>
          <w:sz w:val="22"/>
        </w:rPr>
        <w:t>2022-01-19 16:00:00+00:00</w:t>
      </w:r>
      <w:r>
        <w:rPr>
          <w:sz w:val="22"/>
        </w:rPr>
        <w:t>--</w:t>
      </w:r>
      <w:r>
        <w:rPr>
          <w:sz w:val="22"/>
        </w:rPr>
        <w:t>2022-01-20 16:00:00+00:00</w:t>
      </w:r>
    </w:p>
    <w:p>
      <w:r>
        <w:rPr>
          <w:sz w:val="32"/>
        </w:rPr>
        <w:t>6、引用方式</w:t>
      </w:r>
    </w:p>
    <w:p>
      <w:pPr>
        <w:ind w:left="432"/>
      </w:pPr>
      <w:r>
        <w:rPr>
          <w:sz w:val="22"/>
        </w:rPr>
        <w:t xml:space="preserve">数据的引用: </w:t>
      </w:r>
    </w:p>
    <w:p>
      <w:pPr>
        <w:ind w:left="432" w:firstLine="432"/>
      </w:pPr>
      <w:r>
        <w:t xml:space="preserve">姜清辉. 新型抗滑桩桩顶位移（2022）. 时空三极环境大数据平台, DOI:10.11888/Terre.tpdc.272025, CSTR:18406.11.Terre.tpdc.272025, </w:t>
      </w:r>
      <w:r>
        <w:t>2022</w:t>
      </w:r>
      <w:r>
        <w:t>.[</w:t>
      </w:r>
      <w:r>
        <w:t xml:space="preserve">JIANG   Qinghui . Displacement of pile top of new anti slide pile (2022). A Big Earth Data Platform for Three Poles, DOI:10.11888/Terre.tpdc.272025, CSTR:18406.11.Terre.tpdc.272025,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