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西南高山峡谷两栖爬行动物物种与分布数据库（2015-2021）</w:t>
      </w:r>
    </w:p>
    <w:p>
      <w:r>
        <w:rPr>
          <w:sz w:val="22"/>
        </w:rPr>
        <w:t>英文标题：Amphibians and reptiles species and distribution database in Alpine and Gorge Region of southwest China (2015-2021)</w:t>
      </w:r>
    </w:p>
    <w:p>
      <w:r>
        <w:rPr>
          <w:sz w:val="32"/>
        </w:rPr>
        <w:t>1、摘要</w:t>
      </w:r>
    </w:p>
    <w:p>
      <w:pPr>
        <w:ind w:firstLine="432"/>
      </w:pPr>
      <w:r>
        <w:rPr>
          <w:sz w:val="22"/>
        </w:rPr>
        <w:t>本数据库为西南高山峡谷两栖爬行动物物种名录及其分布数据，包括本区域近300种两栖爬行动物的9544条分布记录。本数据库的物种分布信息主要获取自野外第一手数据及国内外著名动物网站，如物种2000。此数据主要涉及本地区两栖爬行动物的物种名、目科属名、省市县、小地名、经纬度、海拔等信息。此数据可用于探讨西南高山峡谷的两栖爬行动物区系、区划，亦为西南地区乃至东南亚地区的两栖爬行动物多样性、生态系统等研究奠定了坚实基础。</w:t>
      </w:r>
    </w:p>
    <w:p>
      <w:r>
        <w:rPr>
          <w:sz w:val="32"/>
        </w:rPr>
        <w:t>2、关键词</w:t>
      </w:r>
    </w:p>
    <w:p>
      <w:pPr>
        <w:ind w:left="432"/>
      </w:pPr>
      <w:r>
        <w:rPr>
          <w:sz w:val="22"/>
        </w:rPr>
        <w:t>主题关键词：</w:t>
      </w:r>
      <w:r>
        <w:rPr>
          <w:sz w:val="22"/>
        </w:rPr>
        <w:t>生物资源</w:t>
      </w:r>
      <w:r>
        <w:t>,</w:t>
      </w:r>
      <w:r>
        <w:rPr>
          <w:sz w:val="22"/>
        </w:rPr>
        <w:t>蜥蜴</w:t>
      </w:r>
      <w:r>
        <w:t>,</w:t>
      </w:r>
      <w:r>
        <w:rPr>
          <w:sz w:val="22"/>
        </w:rPr>
        <w:t>多样性与分布</w:t>
      </w:r>
      <w:r>
        <w:t>,</w:t>
      </w:r>
      <w:r>
        <w:rPr>
          <w:sz w:val="22"/>
        </w:rPr>
        <w:t>两栖爬行动物</w:t>
        <w:br/>
      </w:r>
      <w:r>
        <w:rPr>
          <w:sz w:val="22"/>
        </w:rPr>
        <w:t>学科关键词：</w:t>
      </w:r>
      <w:r>
        <w:rPr>
          <w:sz w:val="22"/>
        </w:rPr>
        <w:t>人地关系</w:t>
        <w:br/>
      </w:r>
      <w:r>
        <w:rPr>
          <w:sz w:val="22"/>
        </w:rPr>
        <w:t>地点关键词：</w:t>
      </w:r>
      <w:r>
        <w:rPr>
          <w:sz w:val="22"/>
        </w:rPr>
        <w:t>西南高山峡谷地区</w:t>
        <w:br/>
      </w:r>
      <w:r>
        <w:rPr>
          <w:sz w:val="22"/>
        </w:rPr>
        <w:t>时间关键词：</w:t>
      </w:r>
      <w:r>
        <w:rPr>
          <w:sz w:val="22"/>
        </w:rPr>
        <w:t>2017</w:t>
      </w:r>
      <w:r>
        <w:t xml:space="preserve">, </w:t>
      </w:r>
      <w:r>
        <w:rPr>
          <w:sz w:val="22"/>
        </w:rPr>
        <w:t>2019</w:t>
      </w:r>
      <w:r>
        <w:t xml:space="preserve">, </w:t>
      </w:r>
      <w:r>
        <w:rPr>
          <w:sz w:val="22"/>
        </w:rPr>
        <w:t>2015</w:t>
      </w:r>
      <w:r>
        <w:t xml:space="preserve">, </w:t>
      </w:r>
      <w:r>
        <w:rPr>
          <w:sz w:val="22"/>
        </w:rPr>
        <w:t>2020</w:t>
      </w:r>
      <w:r>
        <w:t xml:space="preserve">, </w:t>
      </w:r>
      <w:r>
        <w:rPr>
          <w:sz w:val="22"/>
        </w:rPr>
        <w:t>2016</w:t>
      </w:r>
      <w:r>
        <w:t xml:space="preserve">, </w:t>
      </w:r>
      <w:r>
        <w:rPr>
          <w:sz w:val="22"/>
        </w:rPr>
        <w:t>2021</w:t>
      </w:r>
      <w:r>
        <w:t xml:space="preserve">, </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3.文件大小：0.816MB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北：33.9269</w:t>
            </w:r>
          </w:p>
        </w:tc>
        <w:tc>
          <w:tcPr>
            <w:tcW w:type="dxa" w:w="2880"/>
          </w:tcPr>
          <w:p>
            <w:r>
              <w:t>-</w:t>
            </w:r>
          </w:p>
        </w:tc>
      </w:tr>
      <w:tr>
        <w:tc>
          <w:tcPr>
            <w:tcW w:type="dxa" w:w="2880"/>
          </w:tcPr>
          <w:p>
            <w:r>
              <w:t>西：78.846855</w:t>
            </w:r>
          </w:p>
        </w:tc>
        <w:tc>
          <w:tcPr>
            <w:tcW w:type="dxa" w:w="2880"/>
          </w:tcPr>
          <w:p>
            <w:r>
              <w:t>-</w:t>
            </w:r>
          </w:p>
        </w:tc>
        <w:tc>
          <w:tcPr>
            <w:tcW w:type="dxa" w:w="2880"/>
          </w:tcPr>
          <w:p>
            <w:r>
              <w:t>东：111.613</w:t>
            </w:r>
          </w:p>
        </w:tc>
      </w:tr>
      <w:tr>
        <w:tc>
          <w:tcPr>
            <w:tcW w:type="dxa" w:w="2880"/>
          </w:tcPr>
          <w:p>
            <w:r>
              <w:t>-</w:t>
            </w:r>
          </w:p>
        </w:tc>
        <w:tc>
          <w:tcPr>
            <w:tcW w:type="dxa" w:w="2880"/>
          </w:tcPr>
          <w:p>
            <w:r>
              <w:t>南：21.97</w:t>
            </w:r>
          </w:p>
        </w:tc>
        <w:tc>
          <w:tcPr>
            <w:tcW w:type="dxa" w:w="2880"/>
          </w:tcPr>
          <w:p>
            <w:r>
              <w:t>-</w:t>
            </w:r>
          </w:p>
        </w:tc>
      </w:tr>
    </w:tbl>
    <w:p>
      <w:r>
        <w:rPr>
          <w:sz w:val="32"/>
        </w:rPr>
        <w:t>5、时间范围</w:t>
      </w:r>
      <w:r>
        <w:rPr>
          <w:sz w:val="22"/>
        </w:rPr>
        <w:t>2015-07-26 16:00:00+00:00</w:t>
      </w:r>
      <w:r>
        <w:rPr>
          <w:sz w:val="22"/>
        </w:rPr>
        <w:t>--</w:t>
      </w:r>
      <w:r>
        <w:rPr>
          <w:sz w:val="22"/>
        </w:rPr>
        <w:t>2021-10-13 16:00:00+00:00</w:t>
      </w:r>
    </w:p>
    <w:p>
      <w:r>
        <w:rPr>
          <w:sz w:val="32"/>
        </w:rPr>
        <w:t>6、引用方式</w:t>
      </w:r>
    </w:p>
    <w:p>
      <w:pPr>
        <w:ind w:left="432"/>
      </w:pPr>
      <w:r>
        <w:rPr>
          <w:sz w:val="22"/>
        </w:rPr>
        <w:t xml:space="preserve">数据的引用: </w:t>
      </w:r>
    </w:p>
    <w:p>
      <w:pPr>
        <w:ind w:left="432" w:firstLine="432"/>
      </w:pPr>
      <w:r>
        <w:t xml:space="preserve">江建平. 西南高山峡谷两栖爬行动物物种与分布数据库（2015-2021）. 时空三极环境大数据平台, DOI:10.11888/HumanNat.tpdc.272031, CSTR:18406.11.HumanNat.tpdc.272031, </w:t>
      </w:r>
      <w:r>
        <w:t>2022</w:t>
      </w:r>
      <w:r>
        <w:t>.[</w:t>
      </w:r>
      <w:r>
        <w:t xml:space="preserve">JIANG Jianping. Amphibians and reptiles species and distribution database in Alpine and Gorge Region of southwest China (2015-2021). A Big Earth Data Platform for Three Poles, DOI:10.11888/HumanNat.tpdc.272031, CSTR:18406.11.HumanNat.tpdc.272031,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西南高山峡谷地区生物多样性保护与恢复技术</w:t>
        <w:br/>
      </w:r>
    </w:p>
    <w:p>
      <w:r>
        <w:rPr>
          <w:sz w:val="32"/>
        </w:rPr>
        <w:t>8、数据资源提供者</w:t>
      </w:r>
    </w:p>
    <w:p>
      <w:pPr>
        <w:ind w:left="432"/>
      </w:pPr>
      <w:r>
        <w:rPr>
          <w:sz w:val="22"/>
        </w:rPr>
        <w:t xml:space="preserve">姓名: </w:t>
      </w:r>
      <w:r>
        <w:rPr>
          <w:sz w:val="22"/>
        </w:rPr>
        <w:t>江建平</w:t>
        <w:br/>
      </w:r>
      <w:r>
        <w:rPr>
          <w:sz w:val="22"/>
        </w:rPr>
        <w:t xml:space="preserve">单位: </w:t>
      </w:r>
      <w:r>
        <w:rPr>
          <w:sz w:val="22"/>
        </w:rPr>
        <w:t>中国科学院成都生物研究所</w:t>
        <w:br/>
      </w:r>
      <w:r>
        <w:rPr>
          <w:sz w:val="22"/>
        </w:rPr>
        <w:t xml:space="preserve">电子邮件: </w:t>
      </w:r>
      <w:r>
        <w:rPr>
          <w:sz w:val="22"/>
        </w:rPr>
        <w:t>jiangjp@cib.ac.cn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