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柴达木河流域1:10万沙漠沙地分布数据集（2000）</w:t>
      </w:r>
    </w:p>
    <w:p>
      <w:r>
        <w:rPr>
          <w:sz w:val="22"/>
        </w:rPr>
        <w:t>英文标题：1:100000 desert sand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10万沙漠分布图，数据切割自中国1:10万沙漠沙地数据集，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3.文件大小：65.3MB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柴达木河流域1:10万沙漠沙地分布数据集（2000）. 时空三极环境大数据平台, </w:t>
      </w:r>
      <w:r>
        <w:t>2013</w:t>
      </w:r>
      <w:r>
        <w:t>.[</w:t>
      </w:r>
      <w:r>
        <w:t xml:space="preserve">WANG Jianhua. 1:100000 desert sand distribution data set of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