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黑河流域典型土壤样点土壤有机质含量数据集（2012-2013）</w:t>
      </w:r>
    </w:p>
    <w:p>
      <w:r>
        <w:rPr>
          <w:sz w:val="22"/>
        </w:rPr>
        <w:t>英文标题：Soil organic matter content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的土壤有机质含量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10:49:40+00:00</w:t>
      </w:r>
      <w:r>
        <w:rPr>
          <w:sz w:val="22"/>
        </w:rPr>
        <w:t>--</w:t>
      </w:r>
      <w:r>
        <w:rPr>
          <w:sz w:val="22"/>
        </w:rPr>
        <w:t>2013-09-09 10:49:40+00:00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黑河流域典型土壤样点土壤有机质含量数据集（2012-2013）. 时空三极环境大数据平台, DOI:10.11888/Geogra.tpdc.270413, CSTR:18406.11.Geogra.tpdc.270413, </w:t>
      </w:r>
      <w:r>
        <w:t>2016</w:t>
      </w:r>
      <w:r>
        <w:t>.[</w:t>
      </w:r>
      <w:r>
        <w:t xml:space="preserve">ZHANG  Ganlin. Soil organic matter content of representative samples in the Heihe River basin (2012-2013). A Big Earth Data Platform for Three Poles, DOI:10.11888/Geogra.tpdc.270413, CSTR:18406.11.Geogra.tpdc.270413,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