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青海省县（市）主要经济社会指标（2013-2014）</w:t>
      </w:r>
    </w:p>
    <w:p>
      <w:r>
        <w:rPr>
          <w:sz w:val="22"/>
        </w:rPr>
        <w:t>英文标题：Main economic and social indicators of counties (cities) in Qinghai Province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年-2014年青海省县(市)主要经济社会指标，数据是按年份进行划分的。数据整理自青海省统计局发布的青海省统计年鉴。数据集包含2个数据表，各数据表结构相同。例如2013年的数据表共有12个字段：</w:t>
        <w:br/>
        <w:t>字段1：指标</w:t>
        <w:br/>
        <w:t>字段2：城东区</w:t>
        <w:br/>
        <w:t>字段3：城中区</w:t>
        <w:br/>
        <w:t>字段4：城北区</w:t>
        <w:br/>
        <w:t>字段5：大通县</w:t>
        <w:br/>
        <w:t>字段6：湟中县</w:t>
        <w:br/>
        <w:t>字段7：湟源县</w:t>
        <w:br/>
        <w:t>字段8：乐都区</w:t>
        <w:br/>
        <w:t>字段9：平安县</w:t>
        <w:br/>
        <w:t>字段10：民和县</w:t>
        <w:br/>
        <w:t>字段11：互助县</w:t>
        <w:br/>
        <w:t>字段12：化隆县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青海省县（市）主要经济社会指标（2013-2014）. 时空三极环境大数据平台, </w:t>
      </w:r>
      <w:r>
        <w:t>2021</w:t>
      </w:r>
      <w:r>
        <w:t>.[</w:t>
      </w:r>
      <w:r>
        <w:t xml:space="preserve">Qinghai Provincial Bureau of Statistics. Main economic and social indicators of counties (cities) in Qinghai Province (2013-2014).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