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青海省进出口贸易总额（1985-2016）</w:t>
      </w:r>
    </w:p>
    <w:p>
      <w:r>
        <w:rPr>
          <w:sz w:val="22"/>
        </w:rPr>
        <w:t>英文标题：The gross import and export volume of Qinghai (1985-2016)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该数据集记录了青海省1985-2016年进出口总额、进口总额、出口总额等序列数据。数据整理自统计年鉴：《青海社会经济统计年鉴》和《青海统计年鉴》，精度同数据所摘取的统计年鉴。</w:t>
        <w:br/>
        <w:t>数据表共有4个字段</w:t>
        <w:br/>
        <w:t>字段1：年份 解释：数据的年份</w:t>
        <w:br/>
        <w:t>字段2：进出口总额 万美元</w:t>
        <w:br/>
        <w:t>字段3：进口总额 万美元</w:t>
        <w:br/>
        <w:t>字段4：出口总额 万美元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进口总额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出口总额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1985-01-08 16:00:00+00:00</w:t>
      </w:r>
      <w:r>
        <w:rPr>
          <w:sz w:val="22"/>
        </w:rPr>
        <w:t>--</w:t>
      </w:r>
      <w:r>
        <w:rPr>
          <w:sz w:val="22"/>
        </w:rPr>
        <w:t>2017-01-07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青海省进出口贸易总额（1985-2016）. 时空三极环境大数据平台, </w:t>
      </w:r>
      <w:r>
        <w:t>2018</w:t>
      </w:r>
      <w:r>
        <w:t>.[</w:t>
      </w:r>
      <w:r>
        <w:t xml:space="preserve">Qinghai Provincial Bureau of Statistics. The gross import and export volume of Qinghai (1985-2016).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