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巴基斯坦西部特提斯洋带花岗闪长岩和二长闪长岩地球化学数据</w:t>
      </w:r>
    </w:p>
    <w:p>
      <w:r>
        <w:rPr>
          <w:sz w:val="22"/>
        </w:rPr>
        <w:t>英文标题：Geochemical data of granodiorite and monzodiorite in the Tethys ocean belt, western Pakistan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巴基斯坦西部特提斯洋带花岗闪长岩和二长闪长岩全岩主、微量，锆石U-Pb年龄和全岩Sr-Nd-Pb同位素数据。全岩主量元素数据由XRF分析获得，微量元素数据由ICP-MS分析获得，锆石U-Pb定年数据由LA-ICP-MS分析获得，全岩Sr-Nd-Pb同位素数据由MC-ICP-MS分析获得。以上数据已发表于高级别SCI期刊，数据真实可靠。通过获得的数据，可以制约巴基斯坦西部特提斯洋带花岗闪长岩和二长闪长岩来源、岩浆作用及其与铜金成矿的联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巴基斯坦西部</w:t>
        <w:br/>
      </w:r>
      <w:r>
        <w:rPr>
          <w:sz w:val="22"/>
        </w:rPr>
        <w:t>时间关键词：</w:t>
      </w:r>
      <w:r>
        <w:rPr>
          <w:sz w:val="22"/>
        </w:rPr>
        <w:t>早中新世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巴基斯坦西部特提斯洋带花岗闪长岩和二长闪长岩地球化学数据. 时空三极环境大数据平台, DOI:https://doi.org/10.1080/00206814.2019.1644677, CSTR:, </w:t>
      </w:r>
      <w:r>
        <w:t>2021</w:t>
      </w:r>
      <w:r>
        <w:t>.[</w:t>
      </w:r>
      <w:r>
        <w:t xml:space="preserve">YANG   Xiaoyong. Geochemical data of granodiorite and monzodiorite in the Tethys ocean belt, western Pakistan. A Big Earth Data Platform for Three Poles, DOI:https://doi.org/10.1080/00206814.2019.1644677,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Mastoi., Yang,X.Y., Deng,J.H., Kashani., &amp; Hakro. (2020). Geochronological and geochemical studies of adakites from Tethyan Belt, Western Pakistan: A clue to geodynamics and Cu-Au mineralization. International Geology Review, 62(10), doi:10.1080/00206814.2019.1644677.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