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青海省大通县长宁镇上鲍堡村张生财家井六价铬含量表（2002-2015）</w:t>
      </w:r>
    </w:p>
    <w:p>
      <w:r>
        <w:rPr>
          <w:sz w:val="22"/>
        </w:rPr>
        <w:t>英文标题：Hexavalent chromium content table of zhangshengcaijiajing, shangbaobao village, Changning Town, Datong County, Qinghai Province (2002-2015)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大通县长宁镇上鲍堡村张生财家井2002年-2015年六价铬含量监测数据。数据来源于青海省生态环境厅官方网站。数据集包含5个数据表，分别为：2002-2011大通县长宁镇上鲍堡村张生财家井六价铬含量、2002-2012大通县长宁镇上鲍堡村张生财家井六价铬含量、2002-2013大通县长宁镇上鲍堡村张生财家井六价铬含量、2002-2014大通县长宁镇上鲍堡村张生财家井六价铬含量、2002-2015大通县长宁镇上鲍堡村张生财家井六价铬含量，数据表结构相同。</w:t>
        <w:br/>
        <w:t>每个数据表共有2个字段：</w:t>
        <w:br/>
        <w:t>字段1：年份</w:t>
        <w:br/>
        <w:t>字段2：含量(毫克/升)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污染物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青海省大通县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2002-2015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2002-07-31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青海省大通县长宁镇上鲍堡村张生财家井六价铬含量表（2002-2015）. 时空三极环境大数据平台, </w:t>
      </w:r>
      <w:r>
        <w:t>2021</w:t>
      </w:r>
      <w:r>
        <w:t>.[</w:t>
      </w:r>
      <w:r>
        <w:t xml:space="preserve">Department of Ecology and Environment of Qinghai Province. Hexavalent chromium content table of zhangshengcaijiajing, shangbaobao village, Changning Town, Datong County, Qinghai Province (2002-2015).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abc@163.com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