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黑河综合遥感联合试验：临泽站加密观测区机载成像光谱仪OMIS-II地面同步观测数据集（2008年6月6日）</w:t>
      </w:r>
    </w:p>
    <w:p>
      <w:r>
        <w:rPr>
          <w:sz w:val="22"/>
        </w:rPr>
        <w:t>英文标题：WATER: Dataset of ground truth measurement synchronizing with the airborne imaging spectrometer (OMIS-II) mission in the Linze station foci experimental area on Jun. 6,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2008年6月6日在临泽站加密观测区开展成像光谱仪OMIS-II飞机地面同步观测，共进行了土壤水分，地表辐射温度观测。</w:t>
        <w:br/>
        <w:t>1.土壤水分观测。观测目标：0-5cm表层土壤。.观测仪器：环刀（体积50cm^3）。观测样方和采样次数：自东向西第六第七第八航线下LY06，LY07和LY08样方（每个样方内9次观测）。预处理数据为土壤体积含水量。数据存储：Excel。</w:t>
        <w:br/>
        <w:t>2.地表辐射温度观测。观测仪器：手持式红外温度计（寒旱所5#，寒旱所6#，地理所）；仪器均经过定标（请参考手持红外温度计定标数据.xls）。观测样方和采样次数：自东向西第六LY06第七LY07样方（每个样方49个观测点，每次飞机过境时每个观测点3次重复，共有3次过境）。预处理数据根据热红外定标数据（标准源为黑体），将各仪器的实测温度与相应黑体温度进行直线拟合，求得拟合方程，再利用上述拟合的方程，对观测的原始观测数据进行定标处理。数据存储：Excel。</w:t>
        <w:br/>
        <w:t>样方样带的分布和编号信息请参见元数据“黑河综合遥感联合试验：临泽站加密观测区样方样带布置”，样方位置见临泽站加密观测站样方样带坐标.xls。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成像光谱仪OMIS-II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2008-06-06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北：39.36077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西：100.14306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东：100.15543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南：39.35789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2008-06-16 16:00:00+00:00</w:t>
      </w:r>
      <w:r>
        <w:rPr>
          <w:sz w:val="22"/>
        </w:rPr>
        <w:t>--</w:t>
      </w:r>
      <w:r>
        <w:rPr>
          <w:sz w:val="22"/>
        </w:rPr>
        <w:t>2008-06-16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汪洋. 黑河综合遥感联合试验：临泽站加密观测区机载成像光谱仪OMIS-II地面同步观测数据集（2008年6月6日）. 时空三极环境大数据平台, DOI:10.3972/water973.0101.db, CSTR:18406.11.water973.0101.db, </w:t>
      </w:r>
      <w:r>
        <w:t>2013</w:t>
      </w:r>
      <w:r>
        <w:t>.[</w:t>
      </w:r>
      <w:r>
        <w:t xml:space="preserve">WANG   Yang. WATER: Dataset of ground truth measurement synchronizing with the airborne imaging spectrometer (OMIS-II) mission in the Linze station foci experimental area on Jun. 6, 2008. A Big Earth Data Platform for Three Poles, DOI:10.3972/water973.0101.db, CSTR:18406.11.water973.0101.db,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