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青藏高原南羌塘早古生代岩浆岩年代学和地球化学数据</w:t>
      </w:r>
    </w:p>
    <w:p>
      <w:r>
        <w:rPr>
          <w:sz w:val="22"/>
        </w:rPr>
        <w:t>英文标题：Geochronology and geochemical data of early Paleozoic magmatic rocks in Southern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南羌塘早古生代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识别出南羌塘的基底岩石及其形成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南羌塘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青藏高原南羌塘早古生代岩浆岩年代学和地球化学数据. 时空三极环境大数据平台, DOI:10.11888/Geo.tpdc.271320, CSTR:18406.11.Geo.tpdc.271320, </w:t>
      </w:r>
      <w:r>
        <w:t>2021</w:t>
      </w:r>
      <w:r>
        <w:t>.[</w:t>
      </w:r>
      <w:r>
        <w:t xml:space="preserve">DAN  Wei. Geochronology and geochemical data of early Paleozoic magmatic rocks in Southern Qiangtang, Tibet. A Big Earth Data Platform for Three Poles, DOI:10.11888/Geo.tpdc.271320, CSTR:18406.11.Geo.tpdc.271320,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Zhang, X.Z., &amp;Tang, G.J. (2020). Early Paleozoic S-type granites as the basement of Southern Qiantang Terrane, Tibet. Lithos 356-357, 105395.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