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黑河综合遥感联合试验：张掖-盈科-花寨子飞行区机载WiDAS数据集（2008年6月1日）</w:t>
      </w:r>
    </w:p>
    <w:p>
      <w:r>
        <w:rPr>
          <w:sz w:val="22"/>
        </w:rPr>
        <w:t>英文标题：WATER: Dataset of airborne WiDAS mission in the Zhangye-Yingke-Huazhaizi flight zone on June 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本数据集为机载WiDAS传感器于2008年06月01日获取，地点在张掖-盈科-花寨子飞行区。 </w:t>
        <w:br/>
        <w:t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 数据处理时间为2008年8月-2009年4月，完成时间为2009年4月，2009年11月做了一次CCD相机辐射定标的订正。</w:t>
        <w:br/>
        <w:t>本数据集的原始数据包括12条航线，受仪器状态不稳定影响，部分航线进行了重飞，当天的数据CCD相机的650nm、750nm波段与550nm、700nm波段成像时刻存在约1.4秒的偏差，在预处理过程中进行了配准，但是在高程变化大的区域仍存在一定程度的波段配准误差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3#15  ||  约1500米 || 13:35:46 || 13:39:37  || 59 || 不完整，已处理 || 部分数据缺失或缺少波段</w:t>
        <w:br/>
        <w:t>|-</w:t>
        <w:br/>
        <w:t>| 2 || 3#13  ||  约1500米 || 13:43:21 || 13:51:33  || 75 || 不完整，未处理 || 部分数据缺失或缺少波段</w:t>
        <w:br/>
        <w:t>|-</w:t>
        <w:br/>
        <w:t xml:space="preserve">| 3 || 3#11 ||  约1500米 || 13:54:41 || 14:03:17 || 41 || 不完整，未处理 || 部分数据缺失或缺少波段 || 度假村，盈科气象站玉米地，盈科小麦样方 </w:t>
        <w:br/>
        <w:t>|-</w:t>
        <w:br/>
        <w:t>| 4 || 3#11a  ||  约1500米 || 14:07:23 || 14:14:46  || 111 || 不完整，未处理 || 部分数据缺失或缺少波段  ||  度假村，盈科气象站玉米地，盈科小麦样方</w:t>
        <w:br/>
        <w:t xml:space="preserve">|- </w:t>
        <w:br/>
        <w:t xml:space="preserve">| 5 || 3#9 || 约1500米 || 14:18:21 || 14:26:17 || 119 || 完整，已处理 || 好 || 湿地公园，张掖市区，盈科气象站玉米地，盈科小麦样方，花寨子荒漠玉米地样地 </w:t>
        <w:br/>
        <w:t xml:space="preserve">|- </w:t>
        <w:br/>
        <w:t xml:space="preserve">| 6 || 3#7 || 约1500米 || 14:31:01 || 14:38:25 || 112 || 完整，已处理 || 好 </w:t>
        <w:br/>
        <w:t xml:space="preserve">|- </w:t>
        <w:br/>
        <w:t>| 7 || 3#5 || 约1500米 || 14:42:05 || 14:50:01 || 120 || 不完整，未处理 || 部分数据缺失或缺少波段 || 花寨子荒漠样方1</w:t>
        <w:br/>
        <w:t xml:space="preserve">|-  </w:t>
        <w:br/>
        <w:t xml:space="preserve">| 8 || 3#3 || 约1500米 || 14:53:49 || 15:02:41 || 134 || 完整，已处理 || 好 花寨子荒漠样方2 </w:t>
        <w:br/>
        <w:t xml:space="preserve">|- </w:t>
        <w:br/>
        <w:t>| 9 || 3#1 || 约1500米 || 15:07:01 || 15:14:41 || 116 || 完整，已处理 || 好</w:t>
        <w:br/>
        <w:t>|-</w:t>
        <w:br/>
        <w:t xml:space="preserve">| 10 || 3#11b || 约1500米 || 15:20:05 || 15:26:37  || 99 || 完整，已处理 || 好 || 度假村，盈科气象站玉米地，盈科小麦样方 </w:t>
        <w:br/>
        <w:t>|-</w:t>
        <w:br/>
        <w:t>| 11 || 3#13a || 约1500米 || 15:30:45 || 15:39:01  || 125 || 完整，已处理 || 好</w:t>
        <w:br/>
        <w:t xml:space="preserve">|- </w:t>
        <w:br/>
        <w:t>| 12 || 3#5a || 约1500米 || 15:42:48 || 15:50:05  || 111 || 完整，已处理 || 好 || 花寨子荒漠样方1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3.文件大小：35783.4MB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2008-06-15 13:17:00+00:00</w:t>
      </w:r>
      <w:r>
        <w:rPr>
          <w:sz w:val="22"/>
        </w:rPr>
        <w:t>--</w:t>
      </w:r>
      <w:r>
        <w:rPr>
          <w:sz w:val="22"/>
        </w:rPr>
        <w:t>2008-06-15 16:14:00+00:00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黑河综合遥感联合试验：张掖-盈科-花寨子飞行区机载WiDAS数据集（2008年6月1日）. 时空三极环境大数据平台, DOI:10.3972/water973.0219.db, CSTR:18406.11.water973.0219.db, </w:t>
      </w:r>
      <w:r>
        <w:t>2010</w:t>
      </w:r>
      <w:r>
        <w:t>.[</w:t>
      </w:r>
      <w:r>
        <w:t xml:space="preserve">WATER: Dataset of airborne WiDAS mission in the Zhangye-Yingke-Huazhaizi flight zone on June 1, 2008. A Big Earth Data Platform for Three Poles, DOI:10.3972/water973.0219.db, CSTR:18406.11.water973.0219.db,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