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青海省环境保护基本情况（2005-2020）</w:t>
      </w:r>
    </w:p>
    <w:p>
      <w:r>
        <w:rPr>
          <w:sz w:val="22"/>
        </w:rPr>
        <w:t>英文标题：Basic situation of environmental protection in Qinghai Province (2005-2020)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2005-2020年青海省环境保护基本情况的统计数据，数据按水环境、氨氮排放量、大气环境、烟（粉）尘排放量、固体废物、城市环境、农村环境划分的。数据整理自青海省统计局发布的青海省统计年鉴。数据集包含13个数据表，分别为：</w:t>
        <w:br/>
        <w:t>环境保护基本情况2013-2014年.xls</w:t>
        <w:br/>
        <w:t>环境保护基本情况2014-2015年.xls</w:t>
        <w:br/>
        <w:t>环境保护基本情况2016-2017年.xls</w:t>
        <w:br/>
        <w:t>环境保护基本情况2019-2020年.xls</w:t>
        <w:br/>
        <w:t>环境保护基本情况2016年.xls</w:t>
        <w:br/>
        <w:t>环境基本情况2005-2006年.xls</w:t>
        <w:br/>
        <w:t>环境基本情况2005-2007年.xls</w:t>
        <w:br/>
        <w:t>环境基本情况2005-2008年.xls</w:t>
        <w:br/>
        <w:t>环境基本情况2006-2009年.xls</w:t>
        <w:br/>
        <w:t>环境基本情况2007-2010年.xls</w:t>
        <w:br/>
        <w:t>环境基本情况2008-2011年.xls</w:t>
        <w:br/>
        <w:t>环境基本情况2009-2012年.xls</w:t>
        <w:br/>
        <w:t xml:space="preserve">环境基本情况2010-2013年.xls  </w:t>
        <w:br/>
        <w:t>数据表结构相同。例如环境保护基本情况2013-2014年数据表共有4个字段：</w:t>
        <w:br/>
        <w:t>字段1：指标</w:t>
        <w:br/>
        <w:t>字段2：item</w:t>
        <w:br/>
        <w:t>字段3：2013</w:t>
        <w:br/>
        <w:t>字段4：2014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环境保护</w:t>
      </w:r>
      <w:r>
        <w:t>,</w:t>
      </w:r>
      <w:r>
        <w:rPr>
          <w:sz w:val="22"/>
        </w:rPr>
        <w:t>生态退化及保护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青海省环境保护基本情况（2005-2020）. 时空三极环境大数据平台, </w:t>
      </w:r>
      <w:r>
        <w:t>2021</w:t>
      </w:r>
      <w:r>
        <w:t>.[</w:t>
      </w:r>
      <w:r>
        <w:t xml:space="preserve">Qinghai Provincial Bureau of Statistics. Basic situation of environmental protection in Qinghai Province (2005-2020).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