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青海省全省每万人口中在校学生数（1952-2020）</w:t>
      </w:r>
    </w:p>
    <w:p>
      <w:r>
        <w:rPr>
          <w:sz w:val="22"/>
        </w:rPr>
        <w:t>英文标题：Number of students per 10000 population in Qinghai Province (1952-2020)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该数据集记录了1952-2020年青海省全省每万人口中在校学生数，数据是按统计年度进行划分的。数据整理自青海省统计局发布的青海省统计年鉴。数据集包含22个数据表，分别为:</w:t>
        <w:br/>
        <w:t>青海省主要年份全省每万人口中在校学生数（1957-2020）.xls</w:t>
        <w:br/>
        <w:t>全省每万人口中在校学生数1952-1998年.xls</w:t>
        <w:br/>
        <w:t>全省每万人口中在校学生数1952-1999年.xls</w:t>
        <w:br/>
        <w:t>全省每万人口中在校学生数1952-2000年.xls</w:t>
        <w:br/>
        <w:t>全省每万人口中在校学生数1952-2001年.xls</w:t>
        <w:br/>
        <w:t>全省每万人口中在校学生数1952-2002年.xls</w:t>
        <w:br/>
        <w:t>全省每万人口中在校学生数1952-2003.xls</w:t>
        <w:br/>
        <w:t>主要年份全省每万人口中在校学生数1952-2004年.xls</w:t>
        <w:br/>
        <w:t>主要年份全省每万人口中在校学生数1952年-2006.xls</w:t>
        <w:br/>
        <w:t>主要年份全省每万人口中在校学生数1952年-2007.xls</w:t>
        <w:br/>
        <w:t>主要年份全省每万人口中在校学生数1952-2008年.xls</w:t>
        <w:br/>
        <w:t>主要年份全省每万人口中在校学生数1952-2009.xls</w:t>
        <w:br/>
        <w:t>主要年份全省每万人口中在校学生数1952-2011.xls</w:t>
        <w:br/>
        <w:t>主要年份全省每万人口中在校学生数1952-2012年.xls</w:t>
        <w:br/>
        <w:t>主要年份全省每万人口中在校学生数1952-2013年.xls</w:t>
        <w:br/>
        <w:t>主要年份全省每万人口中在校学生数1952-2014年.xls</w:t>
        <w:br/>
        <w:t>主要年份全省每万人口中在校学生数1952-2015年.xls</w:t>
        <w:br/>
        <w:t>主要年份全省每万人口中在校学生数1952-2016年.xls</w:t>
        <w:br/>
        <w:t>主要年份全省每万人口中在校学生数1957-2017年.xls</w:t>
        <w:br/>
        <w:t>主要年份全省每万人口中在校学生数1957-2018年.xls</w:t>
        <w:br/>
        <w:t>主要年份全省每万人口中在校学生数1963-2010年.xls</w:t>
        <w:br/>
        <w:t>主要年份每万人口中在校学生数1996年-2005.xls</w:t>
        <w:br/>
        <w:t>数据表结构相同。例如全省每万人口中在校学生数1952-1998年数据表共有6个字段：</w:t>
        <w:br/>
        <w:t>字段1：年份</w:t>
        <w:br/>
        <w:t>字段2：大学生</w:t>
        <w:br/>
        <w:t>字段3：中专生</w:t>
        <w:br/>
        <w:t>字段4：中师</w:t>
        <w:br/>
        <w:t>字段5：中学生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人口</w:t>
      </w:r>
      <w:r>
        <w:t>,</w:t>
      </w:r>
      <w:r>
        <w:rPr>
          <w:sz w:val="22"/>
        </w:rPr>
        <w:t>教育程度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1952-2020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3.文件大小：0.236MB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1951-12-31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青海省全省每万人口中在校学生数（1952-2020）. 时空三极环境大数据平台, </w:t>
      </w:r>
      <w:r>
        <w:t>2021</w:t>
      </w:r>
      <w:r>
        <w:t>.[</w:t>
      </w:r>
      <w:r>
        <w:t xml:space="preserve">Qinghai Provincial Bureau of Statistics. Number of students per 10000 population in Qinghai Province (1952-2020).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